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155968F3" w14:textId="77777777">
        <w:trPr>
          <w:jc w:val="center"/>
        </w:trPr>
        <w:tc>
          <w:tcPr>
            <w:tcW w:w="4968" w:type="dxa"/>
          </w:tcPr>
          <w:p w14:paraId="68B5D8E3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t>Navn: _____________________________________</w:t>
            </w:r>
          </w:p>
        </w:tc>
        <w:tc>
          <w:tcPr>
            <w:tcW w:w="4968" w:type="dxa"/>
          </w:tcPr>
          <w:p w14:paraId="234E7E8B" w14:textId="32ABA310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 xml:space="preserve">Dato: ___________________  Klasse: </w:t>
            </w:r>
            <w:r>
              <w:rPr>
                <w:color w:val="4A5568"/>
                <w:sz w:val="20"/>
              </w:rPr>
              <w:t xml:space="preserve"> ____</w:t>
            </w:r>
          </w:p>
        </w:tc>
      </w:tr>
    </w:tbl>
    <w:p w14:paraId="221BEC93" w14:textId="77777777" w:rsidR="00F545C7" w:rsidRDefault="00F545C7">
      <w:pPr>
        <w:spacing w:after="160"/>
      </w:pPr>
    </w:p>
    <w:p w14:paraId="36387835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1 AF 10</w:t>
      </w:r>
    </w:p>
    <w:p w14:paraId="19621276" w14:textId="77777777" w:rsidR="00F545C7" w:rsidRDefault="00E505CE">
      <w:pPr>
        <w:spacing w:after="80"/>
      </w:pPr>
      <w:r>
        <w:rPr>
          <w:b/>
          <w:color w:val="1A365D"/>
          <w:sz w:val="36"/>
        </w:rPr>
        <w:t>Introduktion til japansk multiplikation</w:t>
      </w:r>
    </w:p>
    <w:p w14:paraId="626B02D2" w14:textId="2D748F3A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Lær at gange ved at tegne streger og tælle skæringspunkter!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14:paraId="7F0F237C" w14:textId="77777777">
        <w:trPr>
          <w:jc w:val="center"/>
        </w:trPr>
        <w:tc>
          <w:tcPr>
            <w:tcW w:w="9936" w:type="dxa"/>
            <w:tcBorders>
              <w:left w:val="single" w:sz="24" w:space="0" w:color="2B6CB0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E5816D8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b/>
                <w:color w:val="1A365D"/>
              </w:rPr>
              <w:t>💡</w:t>
            </w:r>
            <w:r w:rsidRPr="00CD004B">
              <w:rPr>
                <w:b/>
                <w:color w:val="1A365D"/>
                <w:lang w:val="da-DK"/>
              </w:rPr>
              <w:t xml:space="preserve"> Teori &amp; Eksempel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54712D2A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Hvad er japansk multiplikation?</w:t>
            </w:r>
          </w:p>
          <w:p w14:paraId="14DE9627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Japansk multiplikation (også kendt som streg-metoden eller 'Multiply using</w:t>
            </w:r>
            <w:r w:rsidRPr="00CD004B">
              <w:rPr>
                <w:sz w:val="21"/>
                <w:lang w:val="da-DK"/>
              </w:rPr>
              <w:t xml:space="preserve"> lines') er et visuelt trick, hvor du ganger tal sammen ved at tegne parallelle og krydsende linjer. I stedet for at huske tabeller, tæller du, hvor mange gange linjerne skærer hinanden (skæringspunkter).</w:t>
            </w:r>
          </w:p>
          <w:p w14:paraId="3A330D3E" w14:textId="77777777" w:rsidR="00F545C7" w:rsidRPr="00CD004B" w:rsidRDefault="00F545C7">
            <w:pPr>
              <w:spacing w:before="40" w:after="80"/>
              <w:rPr>
                <w:lang w:val="da-DK"/>
              </w:rPr>
            </w:pPr>
          </w:p>
          <w:p w14:paraId="538FCA68" w14:textId="1EA2E8DD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Sådan gør du (Eksempel: 1</w:t>
            </w:r>
            <w:r w:rsidR="00CD004B">
              <w:rPr>
                <w:sz w:val="21"/>
                <w:lang w:val="da-DK"/>
              </w:rPr>
              <w:t>4</w:t>
            </w:r>
            <w:r w:rsidRPr="00CD004B">
              <w:rPr>
                <w:sz w:val="21"/>
                <w:lang w:val="da-DK"/>
              </w:rPr>
              <w:t xml:space="preserve"> × </w:t>
            </w:r>
            <w:r w:rsidR="00CD004B">
              <w:rPr>
                <w:sz w:val="21"/>
                <w:lang w:val="da-DK"/>
              </w:rPr>
              <w:t>12</w:t>
            </w:r>
            <w:r w:rsidRPr="00CD004B">
              <w:rPr>
                <w:sz w:val="21"/>
                <w:lang w:val="da-DK"/>
              </w:rPr>
              <w:t>):</w:t>
            </w:r>
          </w:p>
          <w:p w14:paraId="5632044E" w14:textId="5D7F53B2" w:rsidR="00CD004B" w:rsidRPr="00CD004B" w:rsidRDefault="00CD004B" w:rsidP="00CD004B">
            <w:pPr>
              <w:numPr>
                <w:ilvl w:val="0"/>
                <w:numId w:val="10"/>
              </w:numPr>
              <w:spacing w:before="40" w:after="80"/>
              <w:rPr>
                <w:sz w:val="21"/>
                <w:lang w:val="da-DK"/>
              </w:rPr>
            </w:pPr>
            <w:r w:rsidRPr="00CD004B">
              <w:rPr>
                <w:b/>
                <w:bCs/>
                <w:sz w:val="21"/>
                <w:lang w:val="da-DK"/>
              </w:rPr>
              <w:t>Tegn 14:</w:t>
            </w:r>
            <w:r w:rsidRPr="00CD004B">
              <w:rPr>
                <w:sz w:val="21"/>
                <w:lang w:val="da-DK"/>
              </w:rPr>
              <w:t xml:space="preserve"> Tegn 1 skrå streg (</w:t>
            </w:r>
            <w:r>
              <w:rPr>
                <w:sz w:val="21"/>
                <w:lang w:val="da-DK"/>
              </w:rPr>
              <w:t>nederst</w:t>
            </w:r>
            <w:r w:rsidRPr="00CD004B">
              <w:rPr>
                <w:sz w:val="21"/>
                <w:lang w:val="da-DK"/>
              </w:rPr>
              <w:t>) og 4 skrå streger (</w:t>
            </w:r>
            <w:r>
              <w:rPr>
                <w:sz w:val="21"/>
                <w:lang w:val="da-DK"/>
              </w:rPr>
              <w:t>øverst</w:t>
            </w:r>
            <w:r w:rsidRPr="00CD004B">
              <w:rPr>
                <w:sz w:val="21"/>
                <w:lang w:val="da-DK"/>
              </w:rPr>
              <w:t>).</w:t>
            </w:r>
          </w:p>
          <w:p w14:paraId="57DC11BB" w14:textId="77777777" w:rsidR="00CD004B" w:rsidRDefault="00CD004B" w:rsidP="00CD004B">
            <w:pPr>
              <w:numPr>
                <w:ilvl w:val="0"/>
                <w:numId w:val="10"/>
              </w:numPr>
              <w:spacing w:before="40" w:after="80"/>
              <w:rPr>
                <w:sz w:val="21"/>
                <w:lang w:val="da-DK"/>
              </w:rPr>
            </w:pPr>
            <w:r w:rsidRPr="00CD004B">
              <w:rPr>
                <w:b/>
                <w:bCs/>
                <w:sz w:val="21"/>
                <w:lang w:val="da-DK"/>
              </w:rPr>
              <w:t>Tegn 12:</w:t>
            </w:r>
            <w:r w:rsidRPr="00CD004B">
              <w:rPr>
                <w:sz w:val="21"/>
                <w:lang w:val="da-DK"/>
              </w:rPr>
              <w:t xml:space="preserve"> Tegn 1 krydsende streg (øverst) og 2 krydsende streger (nederst).</w:t>
            </w:r>
          </w:p>
          <w:p w14:paraId="45693389" w14:textId="0EFA36E0" w:rsidR="00AF3931" w:rsidRPr="00CD004B" w:rsidRDefault="00AF3931" w:rsidP="00CD004B">
            <w:pPr>
              <w:numPr>
                <w:ilvl w:val="0"/>
                <w:numId w:val="10"/>
              </w:numPr>
              <w:spacing w:before="40" w:after="80"/>
              <w:rPr>
                <w:sz w:val="21"/>
                <w:lang w:val="da-DK"/>
              </w:rPr>
            </w:pPr>
            <w:r>
              <w:rPr>
                <w:b/>
                <w:bCs/>
                <w:sz w:val="21"/>
                <w:lang w:val="da-DK"/>
              </w:rPr>
              <w:t>Marker dine zoner:</w:t>
            </w:r>
            <w:r>
              <w:rPr>
                <w:sz w:val="21"/>
                <w:lang w:val="da-DK"/>
              </w:rPr>
              <w:t xml:space="preserve"> Lav en cirkel rundt om dine enere, tiere og hundreder</w:t>
            </w:r>
          </w:p>
          <w:p w14:paraId="30A11444" w14:textId="77777777" w:rsidR="00CD004B" w:rsidRPr="00CD004B" w:rsidRDefault="00CD004B" w:rsidP="00CD004B">
            <w:pPr>
              <w:numPr>
                <w:ilvl w:val="0"/>
                <w:numId w:val="10"/>
              </w:numPr>
              <w:spacing w:before="40" w:after="80"/>
              <w:rPr>
                <w:sz w:val="21"/>
                <w:lang w:val="da-DK"/>
              </w:rPr>
            </w:pPr>
            <w:r w:rsidRPr="00CD004B">
              <w:rPr>
                <w:b/>
                <w:bCs/>
                <w:sz w:val="21"/>
                <w:lang w:val="da-DK"/>
              </w:rPr>
              <w:t>Tæl skæringspunkter i 3 zoner (fra højre mod venstre):</w:t>
            </w:r>
          </w:p>
          <w:p w14:paraId="2E934CAC" w14:textId="75BACCFA" w:rsidR="00CD004B" w:rsidRPr="00CD004B" w:rsidRDefault="00CD004B" w:rsidP="00CD004B">
            <w:pPr>
              <w:numPr>
                <w:ilvl w:val="1"/>
                <w:numId w:val="10"/>
              </w:numPr>
              <w:spacing w:before="40" w:after="80"/>
              <w:rPr>
                <w:sz w:val="21"/>
                <w:lang w:val="da-DK"/>
              </w:rPr>
            </w:pPr>
            <w:r w:rsidRPr="00CD004B">
              <w:rPr>
                <w:b/>
                <w:bCs/>
                <w:sz w:val="21"/>
                <w:lang w:val="da-DK"/>
              </w:rPr>
              <w:t>Højre zone (Enere):</w:t>
            </w:r>
            <w:r w:rsidRPr="00CD004B">
              <w:rPr>
                <w:sz w:val="21"/>
                <w:lang w:val="da-DK"/>
              </w:rPr>
              <w:t xml:space="preserve"> </w:t>
            </w:r>
            <m:oMath>
              <m:r>
                <w:rPr>
                  <w:rFonts w:ascii="Cambria Math" w:hAnsi="Cambria Math"/>
                  <w:sz w:val="21"/>
                  <w:lang w:val="da-DK"/>
                </w:rPr>
                <m:t>4×2=</m:t>
              </m:r>
              <m:r>
                <m:rPr>
                  <m:sty m:val="b"/>
                </m:rPr>
                <w:rPr>
                  <w:rFonts w:ascii="Cambria Math" w:hAnsi="Cambria Math"/>
                  <w:sz w:val="21"/>
                  <w:lang w:val="da-DK"/>
                </w:rPr>
                <m:t>8</m:t>
              </m:r>
            </m:oMath>
          </w:p>
          <w:p w14:paraId="63F11F66" w14:textId="5BF5E010" w:rsidR="00CD004B" w:rsidRPr="00CD004B" w:rsidRDefault="00CD004B" w:rsidP="00CD004B">
            <w:pPr>
              <w:numPr>
                <w:ilvl w:val="1"/>
                <w:numId w:val="10"/>
              </w:numPr>
              <w:spacing w:before="40" w:after="80"/>
              <w:rPr>
                <w:sz w:val="21"/>
                <w:lang w:val="da-DK"/>
              </w:rPr>
            </w:pPr>
            <w:r w:rsidRPr="00CD004B">
              <w:rPr>
                <w:b/>
                <w:bCs/>
                <w:sz w:val="21"/>
                <w:lang w:val="da-DK"/>
              </w:rPr>
              <w:t>Midterste zone (Tiere):</w:t>
            </w:r>
            <w:r w:rsidRPr="00CD004B">
              <w:rPr>
                <w:sz w:val="21"/>
                <w:lang w:val="da-DK"/>
              </w:rPr>
              <w:t xml:space="preserve"> </w:t>
            </w:r>
            <m:oMath>
              <m:r>
                <w:rPr>
                  <w:rFonts w:ascii="Cambria Math" w:hAnsi="Cambria Math"/>
                  <w:sz w:val="21"/>
                  <w:lang w:val="da-DK"/>
                </w:rPr>
                <m:t>2+4=</m:t>
              </m:r>
              <m:r>
                <m:rPr>
                  <m:sty m:val="b"/>
                </m:rPr>
                <w:rPr>
                  <w:rFonts w:ascii="Cambria Math" w:hAnsi="Cambria Math"/>
                  <w:sz w:val="21"/>
                  <w:lang w:val="da-DK"/>
                </w:rPr>
                <m:t>6</m:t>
              </m:r>
            </m:oMath>
          </w:p>
          <w:p w14:paraId="344E7FBF" w14:textId="5B2A7C32" w:rsidR="00CD004B" w:rsidRPr="00CD004B" w:rsidRDefault="00CD004B" w:rsidP="00CD004B">
            <w:pPr>
              <w:numPr>
                <w:ilvl w:val="1"/>
                <w:numId w:val="10"/>
              </w:numPr>
              <w:spacing w:before="40" w:after="80"/>
              <w:rPr>
                <w:sz w:val="21"/>
                <w:lang w:val="da-DK"/>
              </w:rPr>
            </w:pPr>
            <w:r w:rsidRPr="00CD004B">
              <w:rPr>
                <w:b/>
                <w:bCs/>
                <w:sz w:val="21"/>
                <w:lang w:val="da-DK"/>
              </w:rPr>
              <w:t>Venstre zone (Hundreder):</w:t>
            </w:r>
            <w:r w:rsidRPr="00CD004B">
              <w:rPr>
                <w:sz w:val="21"/>
                <w:lang w:val="da-DK"/>
              </w:rPr>
              <w:t xml:space="preserve"> </w:t>
            </w:r>
            <m:oMath>
              <m:r>
                <w:rPr>
                  <w:rFonts w:ascii="Cambria Math" w:hAnsi="Cambria Math"/>
                  <w:sz w:val="21"/>
                  <w:lang w:val="da-DK"/>
                </w:rPr>
                <m:t>1×1=</m:t>
              </m:r>
              <m:r>
                <m:rPr>
                  <m:sty m:val="b"/>
                </m:rPr>
                <w:rPr>
                  <w:rFonts w:ascii="Cambria Math" w:hAnsi="Cambria Math"/>
                  <w:sz w:val="21"/>
                  <w:lang w:val="da-DK"/>
                </w:rPr>
                <m:t>1</m:t>
              </m:r>
            </m:oMath>
          </w:p>
          <w:p w14:paraId="328A4F40" w14:textId="77538E4C" w:rsidR="00F545C7" w:rsidRPr="00CD004B" w:rsidRDefault="00CD004B">
            <w:pPr>
              <w:spacing w:before="40" w:after="80"/>
              <w:rPr>
                <w:sz w:val="21"/>
                <w:lang w:val="da-DK"/>
              </w:rPr>
            </w:pPr>
            <w:r w:rsidRPr="00CD004B">
              <w:rPr>
                <w:b/>
                <w:bCs/>
                <w:sz w:val="21"/>
                <w:lang w:val="da-DK"/>
              </w:rPr>
              <w:t>Resultat:</w:t>
            </w:r>
            <w:r w:rsidRPr="00CD004B">
              <w:rPr>
                <w:sz w:val="21"/>
                <w:lang w:val="da-DK"/>
              </w:rPr>
              <w:t xml:space="preserve"> </w:t>
            </w:r>
            <w:r w:rsidRPr="00CD004B">
              <w:rPr>
                <w:b/>
                <w:bCs/>
                <w:sz w:val="21"/>
                <w:lang w:val="da-DK"/>
              </w:rPr>
              <w:t>168</w:t>
            </w:r>
          </w:p>
        </w:tc>
      </w:tr>
    </w:tbl>
    <w:p w14:paraId="02D15911" w14:textId="290047BE" w:rsidR="00F545C7" w:rsidRDefault="00AF3931">
      <w:pPr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3360" behindDoc="0" locked="0" layoutInCell="1" allowOverlap="1" wp14:anchorId="17B2EC18" wp14:editId="16839C0C">
                <wp:simplePos x="0" y="0"/>
                <wp:positionH relativeFrom="column">
                  <wp:posOffset>4241800</wp:posOffset>
                </wp:positionH>
                <wp:positionV relativeFrom="paragraph">
                  <wp:posOffset>126365</wp:posOffset>
                </wp:positionV>
                <wp:extent cx="615950" cy="266700"/>
                <wp:effectExtent l="0" t="19050" r="31750" b="19050"/>
                <wp:wrapNone/>
                <wp:docPr id="286522700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266700"/>
                        </a:xfrm>
                        <a:custGeom>
                          <a:avLst/>
                          <a:gdLst>
                            <a:gd name="csX0" fmla="*/ 0 w 615950"/>
                            <a:gd name="csY0" fmla="*/ 0 h 266700"/>
                            <a:gd name="csX1" fmla="*/ 615950 w 615950"/>
                            <a:gd name="csY1" fmla="*/ 0 h 266700"/>
                            <a:gd name="csX2" fmla="*/ 615950 w 615950"/>
                            <a:gd name="csY2" fmla="*/ 266700 h 266700"/>
                            <a:gd name="csX3" fmla="*/ 0 w 615950"/>
                            <a:gd name="csY3" fmla="*/ 266700 h 266700"/>
                            <a:gd name="csX4" fmla="*/ 0 w 615950"/>
                            <a:gd name="csY4" fmla="*/ 0 h 266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615950" h="266700" extrusionOk="0">
                              <a:moveTo>
                                <a:pt x="0" y="0"/>
                              </a:moveTo>
                              <a:cubicBezTo>
                                <a:pt x="131885" y="-1643"/>
                                <a:pt x="445937" y="3320"/>
                                <a:pt x="615950" y="0"/>
                              </a:cubicBezTo>
                              <a:cubicBezTo>
                                <a:pt x="609570" y="117737"/>
                                <a:pt x="623504" y="184430"/>
                                <a:pt x="615950" y="266700"/>
                              </a:cubicBezTo>
                              <a:cubicBezTo>
                                <a:pt x="483094" y="247787"/>
                                <a:pt x="140853" y="256987"/>
                                <a:pt x="0" y="266700"/>
                              </a:cubicBezTo>
                              <a:cubicBezTo>
                                <a:pt x="4710" y="203697"/>
                                <a:pt x="8419" y="9901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421862628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04030" w14:textId="72A1C32F" w:rsidR="00AF3931" w:rsidRPr="00AF3931" w:rsidRDefault="00AF3931" w:rsidP="00AF3931">
                            <w:pPr>
                              <w:jc w:val="center"/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Trin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B2EC18" id="Rektangel 11" o:spid="_x0000_s1026" style="position:absolute;margin-left:334pt;margin-top:9.95pt;width:48.5pt;height:21pt;z-index:2519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" filled="f" strokecolor="#dbe5f1 [660]" strokeweight="1.5pt">
                <v:textbox>
                  <w:txbxContent>
                    <w:p w14:paraId="73204030" w14:textId="72A1C32F" w:rsidR="00AF3931" w:rsidRPr="00AF3931" w:rsidRDefault="00AF3931" w:rsidP="00AF3931">
                      <w:pPr>
                        <w:jc w:val="center"/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Trin</w:t>
                      </w:r>
                      <w:r>
                        <w:rPr>
                          <w:lang w:val="da-DK"/>
                        </w:rPr>
                        <w:t xml:space="preserve"> 3</w:t>
                      </w:r>
                      <w:r>
                        <w:rPr>
                          <w:lang w:val="da-DK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216" behindDoc="0" locked="0" layoutInCell="1" allowOverlap="1" wp14:anchorId="0562F6FC" wp14:editId="27BA374F">
                <wp:simplePos x="0" y="0"/>
                <wp:positionH relativeFrom="column">
                  <wp:posOffset>1986280</wp:posOffset>
                </wp:positionH>
                <wp:positionV relativeFrom="paragraph">
                  <wp:posOffset>130032</wp:posOffset>
                </wp:positionV>
                <wp:extent cx="615950" cy="266700"/>
                <wp:effectExtent l="0" t="19050" r="31750" b="19050"/>
                <wp:wrapNone/>
                <wp:docPr id="1647691194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266700"/>
                        </a:xfrm>
                        <a:custGeom>
                          <a:avLst/>
                          <a:gdLst>
                            <a:gd name="csX0" fmla="*/ 0 w 615950"/>
                            <a:gd name="csY0" fmla="*/ 0 h 266700"/>
                            <a:gd name="csX1" fmla="*/ 615950 w 615950"/>
                            <a:gd name="csY1" fmla="*/ 0 h 266700"/>
                            <a:gd name="csX2" fmla="*/ 615950 w 615950"/>
                            <a:gd name="csY2" fmla="*/ 266700 h 266700"/>
                            <a:gd name="csX3" fmla="*/ 0 w 615950"/>
                            <a:gd name="csY3" fmla="*/ 266700 h 266700"/>
                            <a:gd name="csX4" fmla="*/ 0 w 615950"/>
                            <a:gd name="csY4" fmla="*/ 0 h 266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615950" h="266700" extrusionOk="0">
                              <a:moveTo>
                                <a:pt x="0" y="0"/>
                              </a:moveTo>
                              <a:cubicBezTo>
                                <a:pt x="131885" y="-1643"/>
                                <a:pt x="445937" y="3320"/>
                                <a:pt x="615950" y="0"/>
                              </a:cubicBezTo>
                              <a:cubicBezTo>
                                <a:pt x="609570" y="117737"/>
                                <a:pt x="623504" y="184430"/>
                                <a:pt x="615950" y="266700"/>
                              </a:cubicBezTo>
                              <a:cubicBezTo>
                                <a:pt x="483094" y="247787"/>
                                <a:pt x="140853" y="256987"/>
                                <a:pt x="0" y="266700"/>
                              </a:cubicBezTo>
                              <a:cubicBezTo>
                                <a:pt x="4710" y="203697"/>
                                <a:pt x="8419" y="9901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421862628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607ABA" w14:textId="55B3F08D" w:rsidR="00AF3931" w:rsidRPr="00AF3931" w:rsidRDefault="00AF3931" w:rsidP="00AF3931">
                            <w:pPr>
                              <w:jc w:val="center"/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Trin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562F6FC" id="_x0000_s1027" style="position:absolute;margin-left:156.4pt;margin-top:10.25pt;width:48.5pt;height:21pt;z-index:2519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" filled="f" strokecolor="#dbe5f1 [660]" strokeweight="1.5pt">
                <v:textbox>
                  <w:txbxContent>
                    <w:p w14:paraId="5F607ABA" w14:textId="55B3F08D" w:rsidR="00AF3931" w:rsidRPr="00AF3931" w:rsidRDefault="00AF3931" w:rsidP="00AF3931">
                      <w:pPr>
                        <w:jc w:val="center"/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Trin</w:t>
                      </w:r>
                      <w:r>
                        <w:rPr>
                          <w:lang w:val="da-DK"/>
                        </w:rPr>
                        <w:t xml:space="preserve"> 2</w:t>
                      </w:r>
                      <w:r>
                        <w:rPr>
                          <w:lang w:val="da-DK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000" behindDoc="0" locked="0" layoutInCell="1" allowOverlap="1" wp14:anchorId="2CD3A34B" wp14:editId="6A70E45A">
                <wp:simplePos x="0" y="0"/>
                <wp:positionH relativeFrom="column">
                  <wp:posOffset>-26670</wp:posOffset>
                </wp:positionH>
                <wp:positionV relativeFrom="paragraph">
                  <wp:posOffset>85090</wp:posOffset>
                </wp:positionV>
                <wp:extent cx="615950" cy="266700"/>
                <wp:effectExtent l="0" t="19050" r="31750" b="19050"/>
                <wp:wrapNone/>
                <wp:docPr id="68306793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266700"/>
                        </a:xfrm>
                        <a:custGeom>
                          <a:avLst/>
                          <a:gdLst>
                            <a:gd name="csX0" fmla="*/ 0 w 615950"/>
                            <a:gd name="csY0" fmla="*/ 0 h 266700"/>
                            <a:gd name="csX1" fmla="*/ 615950 w 615950"/>
                            <a:gd name="csY1" fmla="*/ 0 h 266700"/>
                            <a:gd name="csX2" fmla="*/ 615950 w 615950"/>
                            <a:gd name="csY2" fmla="*/ 266700 h 266700"/>
                            <a:gd name="csX3" fmla="*/ 0 w 615950"/>
                            <a:gd name="csY3" fmla="*/ 266700 h 266700"/>
                            <a:gd name="csX4" fmla="*/ 0 w 615950"/>
                            <a:gd name="csY4" fmla="*/ 0 h 266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615950" h="266700" extrusionOk="0">
                              <a:moveTo>
                                <a:pt x="0" y="0"/>
                              </a:moveTo>
                              <a:cubicBezTo>
                                <a:pt x="131885" y="-1643"/>
                                <a:pt x="445937" y="3320"/>
                                <a:pt x="615950" y="0"/>
                              </a:cubicBezTo>
                              <a:cubicBezTo>
                                <a:pt x="609570" y="117737"/>
                                <a:pt x="623504" y="184430"/>
                                <a:pt x="615950" y="266700"/>
                              </a:cubicBezTo>
                              <a:cubicBezTo>
                                <a:pt x="483094" y="247787"/>
                                <a:pt x="140853" y="256987"/>
                                <a:pt x="0" y="266700"/>
                              </a:cubicBezTo>
                              <a:cubicBezTo>
                                <a:pt x="4710" y="203697"/>
                                <a:pt x="8419" y="9901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421862628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66587D" w14:textId="5AF1DE88" w:rsidR="00AF3931" w:rsidRPr="00AF3931" w:rsidRDefault="00AF3931" w:rsidP="00AF3931">
                            <w:pPr>
                              <w:jc w:val="center"/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Trin1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CD3A34B" id="_x0000_s1028" style="position:absolute;margin-left:-2.1pt;margin-top:6.7pt;width:48.5pt;height:21pt;z-index:2519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" filled="f" strokecolor="#dbe5f1 [660]" strokeweight="1.5pt">
                <v:textbox>
                  <w:txbxContent>
                    <w:p w14:paraId="1566587D" w14:textId="5AF1DE88" w:rsidR="00AF3931" w:rsidRPr="00AF3931" w:rsidRDefault="00AF3931" w:rsidP="00AF3931">
                      <w:pPr>
                        <w:jc w:val="center"/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 xml:space="preserve">Trin1 </w:t>
                      </w:r>
                    </w:p>
                  </w:txbxContent>
                </v:textbox>
              </v:rect>
            </w:pict>
          </mc:Fallback>
        </mc:AlternateContent>
      </w:r>
    </w:p>
    <w:p w14:paraId="5F6D058A" w14:textId="06299B04" w:rsidR="00CD004B" w:rsidRDefault="00AF3931">
      <w:pPr>
        <w:rPr>
          <w:b/>
          <w:color w:val="1A365D"/>
          <w:sz w:val="26"/>
          <w:lang w:val="da-DK"/>
        </w:rPr>
      </w:pPr>
      <w:r>
        <w:rPr>
          <w:b/>
          <w:noProof/>
          <w:color w:val="1A365D"/>
          <w:sz w:val="26"/>
          <w:lang w:val="da-DK"/>
        </w:rPr>
        <mc:AlternateContent>
          <mc:Choice Requires="wpg">
            <w:drawing>
              <wp:anchor distT="0" distB="0" distL="114300" distR="114300" simplePos="0" relativeHeight="251965952" behindDoc="0" locked="0" layoutInCell="1" allowOverlap="1" wp14:anchorId="20ADF763" wp14:editId="718AA18D">
                <wp:simplePos x="0" y="0"/>
                <wp:positionH relativeFrom="column">
                  <wp:posOffset>239395</wp:posOffset>
                </wp:positionH>
                <wp:positionV relativeFrom="paragraph">
                  <wp:posOffset>1504950</wp:posOffset>
                </wp:positionV>
                <wp:extent cx="1784350" cy="1822450"/>
                <wp:effectExtent l="38100" t="0" r="63500" b="82550"/>
                <wp:wrapNone/>
                <wp:docPr id="955338662" name="Gruppe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0" cy="1822450"/>
                          <a:chOff x="0" y="0"/>
                          <a:chExt cx="1784350" cy="1822450"/>
                        </a:xfrm>
                      </wpg:grpSpPr>
                      <wpg:grpSp>
                        <wpg:cNvPr id="2102786979" name="Gruppe 9"/>
                        <wpg:cNvGrpSpPr/>
                        <wpg:grpSpPr>
                          <a:xfrm>
                            <a:off x="0" y="0"/>
                            <a:ext cx="1784350" cy="1822450"/>
                            <a:chOff x="0" y="0"/>
                            <a:chExt cx="1784350" cy="1822450"/>
                          </a:xfrm>
                        </wpg:grpSpPr>
                        <wpg:grpSp>
                          <wpg:cNvPr id="1043694266" name="Gruppe 8"/>
                          <wpg:cNvGrpSpPr/>
                          <wpg:grpSpPr>
                            <a:xfrm>
                              <a:off x="0" y="0"/>
                              <a:ext cx="1784350" cy="1822450"/>
                              <a:chOff x="0" y="0"/>
                              <a:chExt cx="1784350" cy="1822450"/>
                            </a:xfrm>
                          </wpg:grpSpPr>
                          <wpg:grpSp>
                            <wpg:cNvPr id="2026861013" name="Gruppe 7"/>
                            <wpg:cNvGrpSpPr/>
                            <wpg:grpSpPr>
                              <a:xfrm>
                                <a:off x="0" y="0"/>
                                <a:ext cx="1784350" cy="1822450"/>
                                <a:chOff x="0" y="0"/>
                                <a:chExt cx="1784350" cy="1822450"/>
                              </a:xfrm>
                            </wpg:grpSpPr>
                            <wpg:grpSp>
                              <wpg:cNvPr id="732894807" name="Gruppe 4"/>
                              <wpg:cNvGrpSpPr/>
                              <wpg:grpSpPr>
                                <a:xfrm>
                                  <a:off x="0" y="292100"/>
                                  <a:ext cx="1784350" cy="1530350"/>
                                  <a:chOff x="0" y="0"/>
                                  <a:chExt cx="1784350" cy="1530350"/>
                                </a:xfrm>
                              </wpg:grpSpPr>
                              <wps:wsp>
                                <wps:cNvPr id="1044143954" name="Lige forbindelse 2"/>
                                <wps:cNvCnPr/>
                                <wps:spPr>
                                  <a:xfrm flipV="1">
                                    <a:off x="0" y="12700"/>
                                    <a:ext cx="996950" cy="9461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690155919" name="Gruppe 3"/>
                                <wpg:cNvGrpSpPr/>
                                <wpg:grpSpPr>
                                  <a:xfrm>
                                    <a:off x="6350" y="0"/>
                                    <a:ext cx="1778000" cy="1441450"/>
                                    <a:chOff x="0" y="0"/>
                                    <a:chExt cx="2444750" cy="1720850"/>
                                  </a:xfrm>
                                </wpg:grpSpPr>
                                <wps:wsp>
                                  <wps:cNvPr id="496136115" name="Lige forbindelse 2"/>
                                  <wps:cNvCnPr/>
                                  <wps:spPr>
                                    <a:xfrm>
                                      <a:off x="431800" y="279400"/>
                                      <a:ext cx="1701800" cy="9525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69756647" name="Lige forbindelse 2"/>
                                  <wps:cNvCnPr/>
                                  <wps:spPr>
                                    <a:xfrm>
                                      <a:off x="0" y="768350"/>
                                      <a:ext cx="1701800" cy="9525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15064818" name="Lige forbindelse 2"/>
                                  <wps:cNvCnPr/>
                                  <wps:spPr>
                                    <a:xfrm>
                                      <a:off x="349250" y="444500"/>
                                      <a:ext cx="1701800" cy="9525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93138982" name="Lige forbindelse 2"/>
                                  <wps:cNvCnPr/>
                                  <wps:spPr>
                                    <a:xfrm>
                                      <a:off x="584200" y="114300"/>
                                      <a:ext cx="1701800" cy="9525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098249944" name="Lige forbindelse 2"/>
                                  <wps:cNvCnPr/>
                                  <wps:spPr>
                                    <a:xfrm>
                                      <a:off x="742950" y="0"/>
                                      <a:ext cx="1701800" cy="9525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979970481" name="Lige forbindelse 2"/>
                                <wps:cNvCnPr/>
                                <wps:spPr>
                                  <a:xfrm flipV="1">
                                    <a:off x="628650" y="463550"/>
                                    <a:ext cx="996950" cy="9461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89728438" name="Lige forbindelse 2"/>
                                <wps:cNvCnPr/>
                                <wps:spPr>
                                  <a:xfrm flipV="1">
                                    <a:off x="755650" y="584200"/>
                                    <a:ext cx="996950" cy="9461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310085579" name="Ellipse 5"/>
                              <wps:cNvSpPr/>
                              <wps:spPr>
                                <a:xfrm>
                                  <a:off x="57150" y="895350"/>
                                  <a:ext cx="285750" cy="2667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2549873" name="Ellipse 5"/>
                              <wps:cNvSpPr/>
                              <wps:spPr>
                                <a:xfrm rot="20598683" flipV="1">
                                  <a:off x="349250" y="0"/>
                                  <a:ext cx="660400" cy="17970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6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810488" name="Ellipse 5"/>
                              <wps:cNvSpPr/>
                              <wps:spPr>
                                <a:xfrm rot="21341312" flipV="1">
                                  <a:off x="1079500" y="425450"/>
                                  <a:ext cx="697284" cy="120879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871664761" name="Ellipse 6"/>
                            <wps:cNvSpPr/>
                            <wps:spPr>
                              <a:xfrm>
                                <a:off x="152400" y="100965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729640" name="Ellipse 6"/>
                            <wps:cNvSpPr/>
                            <wps:spPr>
                              <a:xfrm>
                                <a:off x="412750" y="74295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9288961" name="Ellipse 6"/>
                            <wps:cNvSpPr/>
                            <wps:spPr>
                              <a:xfrm>
                                <a:off x="539750" y="64770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2635654" name="Ellipse 6"/>
                            <wps:cNvSpPr/>
                            <wps:spPr>
                              <a:xfrm>
                                <a:off x="692150" y="51435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93131476" name="Ellipse 6"/>
                            <wps:cNvSpPr/>
                            <wps:spPr>
                              <a:xfrm>
                                <a:off x="793750" y="40005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8076262" name="Ellipse 6"/>
                            <wps:cNvSpPr/>
                            <wps:spPr>
                              <a:xfrm>
                                <a:off x="812800" y="143510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69934456" name="Ellipse 6"/>
                            <wps:cNvSpPr/>
                            <wps:spPr>
                              <a:xfrm>
                                <a:off x="946150" y="152400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08883318" name="Ellipse 6"/>
                            <wps:cNvSpPr/>
                            <wps:spPr>
                              <a:xfrm>
                                <a:off x="1447800" y="81915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3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5775444" name="Ellipse 6"/>
                            <wps:cNvSpPr/>
                            <wps:spPr>
                              <a:xfrm>
                                <a:off x="1587500" y="91440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3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30097139" name="Ellipse 6"/>
                            <wps:cNvSpPr/>
                            <wps:spPr>
                              <a:xfrm>
                                <a:off x="1314450" y="93345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3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6653015" name="Ellipse 6"/>
                            <wps:cNvSpPr/>
                            <wps:spPr>
                              <a:xfrm>
                                <a:off x="1200150" y="1066800"/>
                                <a:ext cx="9525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3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937462448" name="Ellipse 6"/>
                          <wps:cNvSpPr/>
                          <wps:spPr>
                            <a:xfrm>
                              <a:off x="1485900" y="1022350"/>
                              <a:ext cx="95250" cy="127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3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165032" name="Ellipse 6"/>
                          <wps:cNvSpPr/>
                          <wps:spPr>
                            <a:xfrm>
                              <a:off x="1371600" y="1155700"/>
                              <a:ext cx="95250" cy="127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3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3476598" name="Ellipse 6"/>
                          <wps:cNvSpPr/>
                          <wps:spPr>
                            <a:xfrm>
                              <a:off x="1231900" y="1270000"/>
                              <a:ext cx="95250" cy="127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3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6165323" name="Ellipse 6"/>
                        <wps:cNvSpPr/>
                        <wps:spPr>
                          <a:xfrm>
                            <a:off x="1079500" y="1155700"/>
                            <a:ext cx="95250" cy="127000"/>
                          </a:xfrm>
                          <a:prstGeom prst="ellipse">
                            <a:avLst/>
                          </a:prstGeom>
                          <a:solidFill>
                            <a:schemeClr val="accent3"/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41CD4F2" id="Gruppe 10" o:spid="_x0000_s1026" style="position:absolute;margin-left:18.85pt;margin-top:118.5pt;width:140.5pt;height:143.5pt;z-index:251965952" coordsize="17843,18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">
                <v:group id="Gruppe 9" o:spid="_x0000_s1027" style="position:absolute;width:17843;height:18224" coordsize="17843,1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">
                  <v:group id="Gruppe 8" o:spid="_x0000_s1028" style="position:absolute;width:17843;height:18224" coordsize="17843,1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">
                    <v:group id="Gruppe 7" o:spid="_x0000_s1029" style="position:absolute;width:17843;height:18224" coordsize="17843,1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">
                      <v:group id="Gruppe 4" o:spid="_x0000_s1030" style="position:absolute;top:2921;width:17843;height:15303" coordsize="17843,15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">
                        <v:line id="Lige forbindelse 2" o:spid="_x0000_s1031" style="position:absolute;flip:y;visibility:visible;mso-wrap-style:square" from="0,127" to="9969,9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" strokecolor="#4f81bd [3204]" strokeweight="2pt">
                          <v:shadow on="t" color="black" opacity="24903f" origin=",.5" offset="0,.55556mm"/>
                        </v:line>
                        <v:group id="Gruppe 3" o:spid="_x0000_s1032" style="position:absolute;left:63;width:17780;height:14414" coordsize="24447,17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">
                          <v:line id="Lige forbindelse 2" o:spid="_x0000_s1033" style="position:absolute;visibility:visible;mso-wrap-style:square" from="4318,2794" to="21336,12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" strokecolor="#4f81bd [3204]" strokeweight="2pt">
                            <v:shadow on="t" color="black" opacity="24903f" origin=",.5" offset="0,.55556mm"/>
                          </v:line>
                          <v:line id="Lige forbindelse 2" o:spid="_x0000_s1034" style="position:absolute;visibility:visible;mso-wrap-style:square" from="0,7683" to="17018,17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" strokecolor="#4f81bd [3204]" strokeweight="2pt">
                            <v:shadow on="t" color="black" opacity="24903f" origin=",.5" offset="0,.55556mm"/>
                          </v:line>
                          <v:line id="Lige forbindelse 2" o:spid="_x0000_s1035" style="position:absolute;visibility:visible;mso-wrap-style:square" from="3492,4445" to="20510,13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" strokecolor="#4f81bd [3204]" strokeweight="2pt">
                            <v:shadow on="t" color="black" opacity="24903f" origin=",.5" offset="0,.55556mm"/>
                          </v:line>
                          <v:line id="Lige forbindelse 2" o:spid="_x0000_s1036" style="position:absolute;visibility:visible;mso-wrap-style:square" from="5842,1143" to="22860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" strokecolor="#4f81bd [3204]" strokeweight="2pt">
                            <v:shadow on="t" color="black" opacity="24903f" origin=",.5" offset="0,.55556mm"/>
                          </v:line>
                          <v:line id="Lige forbindelse 2" o:spid="_x0000_s1037" style="position:absolute;visibility:visible;mso-wrap-style:square" from="7429,0" to="24447,9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" strokecolor="#4f81bd [3204]" strokeweight="2pt">
                            <v:shadow on="t" color="black" opacity="24903f" origin=",.5" offset="0,.55556mm"/>
                          </v:line>
                        </v:group>
                        <v:line id="Lige forbindelse 2" o:spid="_x0000_s1038" style="position:absolute;flip:y;visibility:visible;mso-wrap-style:square" from="6286,4635" to="16256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" strokecolor="#4f81bd [3204]" strokeweight="2pt">
                          <v:shadow on="t" color="black" opacity="24903f" origin=",.5" offset="0,.55556mm"/>
                        </v:line>
                        <v:line id="Lige forbindelse 2" o:spid="_x0000_s1039" style="position:absolute;flip:y;visibility:visible;mso-wrap-style:square" from="7556,5842" to="17526,15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" strokecolor="#4f81bd [3204]" strokeweight="2pt">
                          <v:shadow on="t" color="black" opacity="24903f" origin=",.5" offset="0,.55556mm"/>
                        </v:line>
                      </v:group>
                      <v:oval id="Ellipse 5" o:spid="_x0000_s1040" style="position:absolute;left:571;top:8953;width:285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" filled="f" strokecolor="#c0504d [3205]" strokeweight="1.5pt">
                        <v:shadow on="t" color="black" opacity="22937f" origin=",.5" offset="0,.63889mm"/>
                      </v:oval>
                      <v:oval id="Ellipse 5" o:spid="_x0000_s1041" style="position:absolute;left:3492;width:6604;height:17970;rotation:1093705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" filled="f" strokecolor="#f79646 [3209]" strokeweight="1.5pt">
                        <v:shadow on="t" color="black" opacity="22937f" origin=",.5" offset="0,.63889mm"/>
                      </v:oval>
                      <v:oval id="Ellipse 5" o:spid="_x0000_s1042" style="position:absolute;left:10795;top:4254;width:6972;height:12088;rotation:282556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" filled="f" strokecolor="#9bbb59 [3206]" strokeweight="1.5pt">
                        <v:shadow on="t" color="black" opacity="22937f" origin=",.5" offset="0,.63889mm"/>
                      </v:oval>
                    </v:group>
                    <v:oval id="Ellipse 6" o:spid="_x0000_s1043" style="position:absolute;left:1524;top:10096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" fillcolor="#c0504d [3205]" strokecolor="#4579b8 [3044]">
                      <v:shadow on="t" color="black" opacity="22937f" origin=",.5" offset="0,.63889mm"/>
                    </v:oval>
                    <v:oval id="Ellipse 6" o:spid="_x0000_s1044" style="position:absolute;left:4127;top:7429;width:9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" fillcolor="#f79646 [3209]" strokecolor="#4579b8 [3044]">
                      <v:shadow on="t" color="black" opacity="22937f" origin=",.5" offset="0,.63889mm"/>
                    </v:oval>
                    <v:oval id="Ellipse 6" o:spid="_x0000_s1045" style="position:absolute;left:5397;top:6477;width:9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" fillcolor="#f79646 [3209]" strokecolor="#4579b8 [3044]">
                      <v:shadow on="t" color="black" opacity="22937f" origin=",.5" offset="0,.63889mm"/>
                    </v:oval>
                    <v:oval id="Ellipse 6" o:spid="_x0000_s1046" style="position:absolute;left:6921;top:5143;width:9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" fillcolor="#f79646 [3209]" strokecolor="#4579b8 [3044]">
                      <v:shadow on="t" color="black" opacity="22937f" origin=",.5" offset="0,.63889mm"/>
                    </v:oval>
                    <v:oval id="Ellipse 6" o:spid="_x0000_s1047" style="position:absolute;left:7937;top:4000;width:9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" fillcolor="#f79646 [3209]" strokecolor="#4579b8 [3044]">
                      <v:shadow on="t" color="black" opacity="22937f" origin=",.5" offset="0,.63889mm"/>
                    </v:oval>
                    <v:oval id="Ellipse 6" o:spid="_x0000_s1048" style="position:absolute;left:8128;top:14351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" fillcolor="#f79646 [3209]" strokecolor="#4579b8 [3044]">
                      <v:shadow on="t" color="black" opacity="22937f" origin=",.5" offset="0,.63889mm"/>
                    </v:oval>
                    <v:oval id="Ellipse 6" o:spid="_x0000_s1049" style="position:absolute;left:9461;top:15240;width:9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" fillcolor="#f79646 [3209]" strokecolor="#4579b8 [3044]">
                      <v:shadow on="t" color="black" opacity="22937f" origin=",.5" offset="0,.63889mm"/>
                    </v:oval>
                    <v:oval id="Ellipse 6" o:spid="_x0000_s1050" style="position:absolute;left:14478;top:8191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" fillcolor="#9bbb59 [3206]" strokecolor="#4579b8 [3044]">
                      <v:shadow on="t" color="black" opacity="22937f" origin=",.5" offset="0,.63889mm"/>
                    </v:oval>
                    <v:oval id="Ellipse 6" o:spid="_x0000_s1051" style="position:absolute;left:15875;top:9144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" fillcolor="#9bbb59 [3206]" strokecolor="#4579b8 [3044]">
                      <v:shadow on="t" color="black" opacity="22937f" origin=",.5" offset="0,.63889mm"/>
                    </v:oval>
                    <v:oval id="Ellipse 6" o:spid="_x0000_s1052" style="position:absolute;left:13144;top:9334;width:9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" fillcolor="#9bbb59 [3206]" strokecolor="#4579b8 [3044]">
                      <v:shadow on="t" color="black" opacity="22937f" origin=",.5" offset="0,.63889mm"/>
                    </v:oval>
                    <v:oval id="Ellipse 6" o:spid="_x0000_s1053" style="position:absolute;left:12001;top:10668;width:9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" fillcolor="#9bbb59 [3206]" strokecolor="#4579b8 [3044]">
                      <v:shadow on="t" color="black" opacity="22937f" origin=",.5" offset="0,.63889mm"/>
                    </v:oval>
                  </v:group>
                  <v:oval id="Ellipse 6" o:spid="_x0000_s1054" style="position:absolute;left:14859;top:10223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" fillcolor="#9bbb59 [3206]" strokecolor="#4579b8 [3044]">
                    <v:shadow on="t" color="black" opacity="22937f" origin=",.5" offset="0,.63889mm"/>
                  </v:oval>
                  <v:oval id="Ellipse 6" o:spid="_x0000_s1055" style="position:absolute;left:13716;top:11557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" fillcolor="#9bbb59 [3206]" strokecolor="#4579b8 [3044]">
                    <v:shadow on="t" color="black" opacity="22937f" origin=",.5" offset="0,.63889mm"/>
                  </v:oval>
                  <v:oval id="Ellipse 6" o:spid="_x0000_s1056" style="position:absolute;left:12319;top:12700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" fillcolor="#9bbb59 [3206]" strokecolor="#4579b8 [3044]">
                    <v:shadow on="t" color="black" opacity="22937f" origin=",.5" offset="0,.63889mm"/>
                  </v:oval>
                </v:group>
                <v:oval id="Ellipse 6" o:spid="_x0000_s1057" style="position:absolute;left:10795;top:11557;width:9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" fillcolor="#9bbb59 [3206]" strokecolor="#4579b8 [3044]">
                  <v:shadow on="t" color="black" opacity="22937f" origin=",.5" offset="0,.63889mm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1248" behindDoc="0" locked="0" layoutInCell="1" allowOverlap="1" wp14:anchorId="2FBA1AA6" wp14:editId="28AB3284">
                <wp:simplePos x="0" y="0"/>
                <wp:positionH relativeFrom="column">
                  <wp:posOffset>-114300</wp:posOffset>
                </wp:positionH>
                <wp:positionV relativeFrom="paragraph">
                  <wp:posOffset>1476375</wp:posOffset>
                </wp:positionV>
                <wp:extent cx="615950" cy="266700"/>
                <wp:effectExtent l="0" t="19050" r="31750" b="19050"/>
                <wp:wrapNone/>
                <wp:docPr id="959310306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266700"/>
                        </a:xfrm>
                        <a:custGeom>
                          <a:avLst/>
                          <a:gdLst>
                            <a:gd name="csX0" fmla="*/ 0 w 615950"/>
                            <a:gd name="csY0" fmla="*/ 0 h 266700"/>
                            <a:gd name="csX1" fmla="*/ 615950 w 615950"/>
                            <a:gd name="csY1" fmla="*/ 0 h 266700"/>
                            <a:gd name="csX2" fmla="*/ 615950 w 615950"/>
                            <a:gd name="csY2" fmla="*/ 266700 h 266700"/>
                            <a:gd name="csX3" fmla="*/ 0 w 615950"/>
                            <a:gd name="csY3" fmla="*/ 266700 h 266700"/>
                            <a:gd name="csX4" fmla="*/ 0 w 615950"/>
                            <a:gd name="csY4" fmla="*/ 0 h 266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615950" h="266700" extrusionOk="0">
                              <a:moveTo>
                                <a:pt x="0" y="0"/>
                              </a:moveTo>
                              <a:cubicBezTo>
                                <a:pt x="131885" y="-1643"/>
                                <a:pt x="445937" y="3320"/>
                                <a:pt x="615950" y="0"/>
                              </a:cubicBezTo>
                              <a:cubicBezTo>
                                <a:pt x="609570" y="117737"/>
                                <a:pt x="623504" y="184430"/>
                                <a:pt x="615950" y="266700"/>
                              </a:cubicBezTo>
                              <a:cubicBezTo>
                                <a:pt x="483094" y="247787"/>
                                <a:pt x="140853" y="256987"/>
                                <a:pt x="0" y="266700"/>
                              </a:cubicBezTo>
                              <a:cubicBezTo>
                                <a:pt x="4710" y="203697"/>
                                <a:pt x="8419" y="9901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421862628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9D131" w14:textId="07D562F8" w:rsidR="00AF3931" w:rsidRPr="00AF3931" w:rsidRDefault="00AF3931" w:rsidP="00AF3931">
                            <w:pPr>
                              <w:jc w:val="center"/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Trin 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BA1AA6" id="_x0000_s1029" style="position:absolute;margin-left:-9pt;margin-top:116.25pt;width:48.5pt;height:21pt;z-index:25202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" filled="f" strokecolor="#dbe5f1 [660]" strokeweight="1.5pt">
                <v:textbox>
                  <w:txbxContent>
                    <w:p w14:paraId="42C9D131" w14:textId="07D562F8" w:rsidR="00AF3931" w:rsidRPr="00AF3931" w:rsidRDefault="00AF3931" w:rsidP="00AF3931">
                      <w:pPr>
                        <w:jc w:val="center"/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Trin</w:t>
                      </w:r>
                      <w:r>
                        <w:rPr>
                          <w:lang w:val="da-DK"/>
                        </w:rPr>
                        <w:t xml:space="preserve"> 4</w:t>
                      </w:r>
                      <w:r>
                        <w:rPr>
                          <w:lang w:val="da-DK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1A365D"/>
          <w:sz w:val="26"/>
          <w:lang w:val="da-DK"/>
        </w:rPr>
        <mc:AlternateContent>
          <mc:Choice Requires="wpg">
            <w:drawing>
              <wp:anchor distT="0" distB="0" distL="114300" distR="114300" simplePos="0" relativeHeight="251492864" behindDoc="0" locked="0" layoutInCell="1" allowOverlap="1" wp14:anchorId="38633842" wp14:editId="7B0EB7DA">
                <wp:simplePos x="0" y="0"/>
                <wp:positionH relativeFrom="column">
                  <wp:posOffset>-140970</wp:posOffset>
                </wp:positionH>
                <wp:positionV relativeFrom="paragraph">
                  <wp:posOffset>111760</wp:posOffset>
                </wp:positionV>
                <wp:extent cx="1778000" cy="1441450"/>
                <wp:effectExtent l="38100" t="19050" r="31750" b="101600"/>
                <wp:wrapNone/>
                <wp:docPr id="380300867" name="Grup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8000" cy="1441450"/>
                          <a:chOff x="0" y="0"/>
                          <a:chExt cx="2444750" cy="1720850"/>
                        </a:xfrm>
                      </wpg:grpSpPr>
                      <wps:wsp>
                        <wps:cNvPr id="1868007434" name="Lige forbindelse 2"/>
                        <wps:cNvCnPr/>
                        <wps:spPr>
                          <a:xfrm>
                            <a:off x="431800" y="279400"/>
                            <a:ext cx="1701800" cy="9525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1445844" name="Lige forbindelse 2"/>
                        <wps:cNvCnPr/>
                        <wps:spPr>
                          <a:xfrm>
                            <a:off x="0" y="768350"/>
                            <a:ext cx="1701800" cy="9525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3732693" name="Lige forbindelse 2"/>
                        <wps:cNvCnPr/>
                        <wps:spPr>
                          <a:xfrm>
                            <a:off x="349250" y="444500"/>
                            <a:ext cx="1701800" cy="9525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745961" name="Lige forbindelse 2"/>
                        <wps:cNvCnPr/>
                        <wps:spPr>
                          <a:xfrm>
                            <a:off x="584200" y="114300"/>
                            <a:ext cx="1701800" cy="9525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9693072" name="Lige forbindelse 2"/>
                        <wps:cNvCnPr/>
                        <wps:spPr>
                          <a:xfrm>
                            <a:off x="742950" y="0"/>
                            <a:ext cx="1701800" cy="9525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811A2D6" id="Gruppe 3" o:spid="_x0000_s1026" style="position:absolute;margin-left:-11.1pt;margin-top:8.8pt;width:140pt;height:113.5pt;z-index:251492864;mso-width-relative:margin;mso-height-relative:margin" coordsize="24447,17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">
                <v:line id="Lige forbindelse 2" o:spid="_x0000_s1027" style="position:absolute;visibility:visible;mso-wrap-style:square" from="4318,2794" to="21336,12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" strokecolor="#4f81bd [3204]" strokeweight="2pt">
                  <v:shadow on="t" color="black" opacity="24903f" origin=",.5" offset="0,.55556mm"/>
                </v:line>
                <v:line id="Lige forbindelse 2" o:spid="_x0000_s1028" style="position:absolute;visibility:visible;mso-wrap-style:square" from="0,7683" to="17018,17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" strokecolor="#4f81bd [3204]" strokeweight="2pt">
                  <v:shadow on="t" color="black" opacity="24903f" origin=",.5" offset="0,.55556mm"/>
                </v:line>
                <v:line id="Lige forbindelse 2" o:spid="_x0000_s1029" style="position:absolute;visibility:visible;mso-wrap-style:square" from="3492,4445" to="20510,13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" strokecolor="#4f81bd [3204]" strokeweight="2pt">
                  <v:shadow on="t" color="black" opacity="24903f" origin=",.5" offset="0,.55556mm"/>
                </v:line>
                <v:line id="Lige forbindelse 2" o:spid="_x0000_s1030" style="position:absolute;visibility:visible;mso-wrap-style:square" from="5842,1143" to="22860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" strokecolor="#4f81bd [3204]" strokeweight="2pt">
                  <v:shadow on="t" color="black" opacity="24903f" origin=",.5" offset="0,.55556mm"/>
                </v:line>
                <v:line id="Lige forbindelse 2" o:spid="_x0000_s1031" style="position:absolute;visibility:visible;mso-wrap-style:square" from="7429,0" to="24447,9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" strokecolor="#4f81bd [3204]" strokeweight="2pt">
                  <v:shadow on="t" color="black" opacity="24903f" origin=",.5" offset="0,.55556mm"/>
                </v:line>
              </v:group>
            </w:pict>
          </mc:Fallback>
        </mc:AlternateContent>
      </w:r>
      <w:r>
        <w:rPr>
          <w:b/>
          <w:noProof/>
          <w:color w:val="1A365D"/>
          <w:sz w:val="26"/>
          <w:lang w:val="da-DK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26FBE7D0" wp14:editId="7EB0312F">
                <wp:simplePos x="0" y="0"/>
                <wp:positionH relativeFrom="column">
                  <wp:posOffset>4685030</wp:posOffset>
                </wp:positionH>
                <wp:positionV relativeFrom="paragraph">
                  <wp:posOffset>6350</wp:posOffset>
                </wp:positionV>
                <wp:extent cx="1784350" cy="1822450"/>
                <wp:effectExtent l="38100" t="0" r="63500" b="82550"/>
                <wp:wrapNone/>
                <wp:docPr id="201169067" name="Grup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0" cy="1822450"/>
                          <a:chOff x="0" y="0"/>
                          <a:chExt cx="1784350" cy="1822450"/>
                        </a:xfrm>
                      </wpg:grpSpPr>
                      <wpg:grpSp>
                        <wpg:cNvPr id="1479809059" name="Gruppe 4"/>
                        <wpg:cNvGrpSpPr/>
                        <wpg:grpSpPr>
                          <a:xfrm>
                            <a:off x="0" y="292100"/>
                            <a:ext cx="1784350" cy="1530350"/>
                            <a:chOff x="0" y="0"/>
                            <a:chExt cx="1784350" cy="1530350"/>
                          </a:xfrm>
                        </wpg:grpSpPr>
                        <wps:wsp>
                          <wps:cNvPr id="239140366" name="Lige forbindelse 2"/>
                          <wps:cNvCnPr/>
                          <wps:spPr>
                            <a:xfrm flipV="1">
                              <a:off x="0" y="12700"/>
                              <a:ext cx="996950" cy="9461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431493654" name="Gruppe 3"/>
                          <wpg:cNvGrpSpPr/>
                          <wpg:grpSpPr>
                            <a:xfrm>
                              <a:off x="6350" y="0"/>
                              <a:ext cx="1778000" cy="1441450"/>
                              <a:chOff x="0" y="0"/>
                              <a:chExt cx="2444750" cy="1720850"/>
                            </a:xfrm>
                          </wpg:grpSpPr>
                          <wps:wsp>
                            <wps:cNvPr id="977305276" name="Lige forbindelse 2"/>
                            <wps:cNvCnPr/>
                            <wps:spPr>
                              <a:xfrm>
                                <a:off x="431800" y="279400"/>
                                <a:ext cx="1701800" cy="952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31052497" name="Lige forbindelse 2"/>
                            <wps:cNvCnPr/>
                            <wps:spPr>
                              <a:xfrm>
                                <a:off x="0" y="768350"/>
                                <a:ext cx="1701800" cy="952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12422188" name="Lige forbindelse 2"/>
                            <wps:cNvCnPr/>
                            <wps:spPr>
                              <a:xfrm>
                                <a:off x="349250" y="444500"/>
                                <a:ext cx="1701800" cy="952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5137876" name="Lige forbindelse 2"/>
                            <wps:cNvCnPr/>
                            <wps:spPr>
                              <a:xfrm>
                                <a:off x="584200" y="114300"/>
                                <a:ext cx="1701800" cy="952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11675633" name="Lige forbindelse 2"/>
                            <wps:cNvCnPr/>
                            <wps:spPr>
                              <a:xfrm>
                                <a:off x="742950" y="0"/>
                                <a:ext cx="1701800" cy="952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44874284" name="Lige forbindelse 2"/>
                          <wps:cNvCnPr/>
                          <wps:spPr>
                            <a:xfrm flipV="1">
                              <a:off x="628650" y="463550"/>
                              <a:ext cx="996950" cy="9461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88330807" name="Lige forbindelse 2"/>
                          <wps:cNvCnPr/>
                          <wps:spPr>
                            <a:xfrm flipV="1">
                              <a:off x="755650" y="584200"/>
                              <a:ext cx="996950" cy="9461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360088830" name="Ellipse 5"/>
                        <wps:cNvSpPr/>
                        <wps:spPr>
                          <a:xfrm>
                            <a:off x="57150" y="895350"/>
                            <a:ext cx="285750" cy="26670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9614514" name="Ellipse 5"/>
                        <wps:cNvSpPr/>
                        <wps:spPr>
                          <a:xfrm rot="20598683" flipV="1">
                            <a:off x="349250" y="0"/>
                            <a:ext cx="660400" cy="179705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6676835" name="Ellipse 5"/>
                        <wps:cNvSpPr/>
                        <wps:spPr>
                          <a:xfrm rot="21341312" flipV="1">
                            <a:off x="1079500" y="425450"/>
                            <a:ext cx="697284" cy="1208796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accent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C9670AC" id="Gruppe 7" o:spid="_x0000_s1026" style="position:absolute;margin-left:368.9pt;margin-top:.5pt;width:140.5pt;height:143.5pt;z-index:251665920" coordsize="17843,18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">
                <v:group id="Gruppe 4" o:spid="_x0000_s1027" style="position:absolute;top:2921;width:17843;height:15303" coordsize="17843,15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">
                  <v:line id="Lige forbindelse 2" o:spid="_x0000_s1028" style="position:absolute;flip:y;visibility:visible;mso-wrap-style:square" from="0,127" to="9969,9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" strokecolor="#4f81bd [3204]" strokeweight="2pt">
                    <v:shadow on="t" color="black" opacity="24903f" origin=",.5" offset="0,.55556mm"/>
                  </v:line>
                  <v:group id="Gruppe 3" o:spid="_x0000_s1029" style="position:absolute;left:63;width:17780;height:14414" coordsize="24447,17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">
                    <v:line id="Lige forbindelse 2" o:spid="_x0000_s1030" style="position:absolute;visibility:visible;mso-wrap-style:square" from="4318,2794" to="21336,12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" strokecolor="#4f81bd [3204]" strokeweight="2pt">
                      <v:shadow on="t" color="black" opacity="24903f" origin=",.5" offset="0,.55556mm"/>
                    </v:line>
                    <v:line id="Lige forbindelse 2" o:spid="_x0000_s1031" style="position:absolute;visibility:visible;mso-wrap-style:square" from="0,7683" to="17018,17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" strokecolor="#4f81bd [3204]" strokeweight="2pt">
                      <v:shadow on="t" color="black" opacity="24903f" origin=",.5" offset="0,.55556mm"/>
                    </v:line>
                    <v:line id="Lige forbindelse 2" o:spid="_x0000_s1032" style="position:absolute;visibility:visible;mso-wrap-style:square" from="3492,4445" to="20510,13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" strokecolor="#4f81bd [3204]" strokeweight="2pt">
                      <v:shadow on="t" color="black" opacity="24903f" origin=",.5" offset="0,.55556mm"/>
                    </v:line>
                    <v:line id="Lige forbindelse 2" o:spid="_x0000_s1033" style="position:absolute;visibility:visible;mso-wrap-style:square" from="5842,1143" to="22860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" strokecolor="#4f81bd [3204]" strokeweight="2pt">
                      <v:shadow on="t" color="black" opacity="24903f" origin=",.5" offset="0,.55556mm"/>
                    </v:line>
                    <v:line id="Lige forbindelse 2" o:spid="_x0000_s1034" style="position:absolute;visibility:visible;mso-wrap-style:square" from="7429,0" to="24447,9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" strokecolor="#4f81bd [3204]" strokeweight="2pt">
                      <v:shadow on="t" color="black" opacity="24903f" origin=",.5" offset="0,.55556mm"/>
                    </v:line>
                  </v:group>
                  <v:line id="Lige forbindelse 2" o:spid="_x0000_s1035" style="position:absolute;flip:y;visibility:visible;mso-wrap-style:square" from="6286,4635" to="16256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" strokecolor="#4f81bd [3204]" strokeweight="2pt">
                    <v:shadow on="t" color="black" opacity="24903f" origin=",.5" offset="0,.55556mm"/>
                  </v:line>
                  <v:line id="Lige forbindelse 2" o:spid="_x0000_s1036" style="position:absolute;flip:y;visibility:visible;mso-wrap-style:square" from="7556,5842" to="17526,15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" strokecolor="#4f81bd [3204]" strokeweight="2pt">
                    <v:shadow on="t" color="black" opacity="24903f" origin=",.5" offset="0,.55556mm"/>
                  </v:line>
                </v:group>
                <v:oval id="Ellipse 5" o:spid="_x0000_s1037" style="position:absolute;left:571;top:8953;width:285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" filled="f" strokecolor="#c0504d [3205]" strokeweight="1.5pt">
                  <v:shadow on="t" color="black" opacity="22937f" origin=",.5" offset="0,.63889mm"/>
                </v:oval>
                <v:oval id="Ellipse 5" o:spid="_x0000_s1038" style="position:absolute;left:3492;width:6604;height:17970;rotation:1093705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" filled="f" strokecolor="#f79646 [3209]" strokeweight="1.5pt">
                  <v:shadow on="t" color="black" opacity="22937f" origin=",.5" offset="0,.63889mm"/>
                </v:oval>
                <v:oval id="Ellipse 5" o:spid="_x0000_s1039" style="position:absolute;left:10795;top:4254;width:6972;height:12088;rotation:282556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" filled="f" strokecolor="#9bbb59 [3206]" strokeweight="1.5pt">
                  <v:shadow on="t" color="black" opacity="22937f" origin=",.5" offset="0,.63889mm"/>
                </v:oval>
              </v:group>
            </w:pict>
          </mc:Fallback>
        </mc:AlternateContent>
      </w:r>
      <w:r>
        <w:rPr>
          <w:b/>
          <w:noProof/>
          <w:color w:val="1A365D"/>
          <w:sz w:val="26"/>
          <w:lang w:val="da-DK"/>
        </w:rPr>
        <mc:AlternateContent>
          <mc:Choice Requires="wpg">
            <w:drawing>
              <wp:anchor distT="0" distB="0" distL="114300" distR="114300" simplePos="0" relativeHeight="251561472" behindDoc="0" locked="0" layoutInCell="1" allowOverlap="1" wp14:anchorId="2A662675" wp14:editId="2D926A54">
                <wp:simplePos x="0" y="0"/>
                <wp:positionH relativeFrom="column">
                  <wp:posOffset>2240280</wp:posOffset>
                </wp:positionH>
                <wp:positionV relativeFrom="paragraph">
                  <wp:posOffset>25400</wp:posOffset>
                </wp:positionV>
                <wp:extent cx="1784350" cy="1530350"/>
                <wp:effectExtent l="38100" t="19050" r="82550" b="88900"/>
                <wp:wrapNone/>
                <wp:docPr id="1707743139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0" cy="1530350"/>
                          <a:chOff x="0" y="0"/>
                          <a:chExt cx="1784350" cy="1530350"/>
                        </a:xfrm>
                      </wpg:grpSpPr>
                      <wps:wsp>
                        <wps:cNvPr id="1710654846" name="Lige forbindelse 2"/>
                        <wps:cNvCnPr/>
                        <wps:spPr>
                          <a:xfrm flipV="1">
                            <a:off x="0" y="12700"/>
                            <a:ext cx="996950" cy="9461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053760679" name="Gruppe 3"/>
                        <wpg:cNvGrpSpPr/>
                        <wpg:grpSpPr>
                          <a:xfrm>
                            <a:off x="6350" y="0"/>
                            <a:ext cx="1778000" cy="1441450"/>
                            <a:chOff x="0" y="0"/>
                            <a:chExt cx="2444750" cy="1720850"/>
                          </a:xfrm>
                        </wpg:grpSpPr>
                        <wps:wsp>
                          <wps:cNvPr id="590916522" name="Lige forbindelse 2"/>
                          <wps:cNvCnPr/>
                          <wps:spPr>
                            <a:xfrm>
                              <a:off x="431800" y="279400"/>
                              <a:ext cx="1701800" cy="9525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1149492" name="Lige forbindelse 2"/>
                          <wps:cNvCnPr/>
                          <wps:spPr>
                            <a:xfrm>
                              <a:off x="0" y="768350"/>
                              <a:ext cx="1701800" cy="9525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9785024" name="Lige forbindelse 2"/>
                          <wps:cNvCnPr/>
                          <wps:spPr>
                            <a:xfrm>
                              <a:off x="349250" y="444500"/>
                              <a:ext cx="1701800" cy="9525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07526253" name="Lige forbindelse 2"/>
                          <wps:cNvCnPr/>
                          <wps:spPr>
                            <a:xfrm>
                              <a:off x="584200" y="114300"/>
                              <a:ext cx="1701800" cy="9525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7494862" name="Lige forbindelse 2"/>
                          <wps:cNvCnPr/>
                          <wps:spPr>
                            <a:xfrm>
                              <a:off x="742950" y="0"/>
                              <a:ext cx="1701800" cy="9525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71550081" name="Lige forbindelse 2"/>
                        <wps:cNvCnPr/>
                        <wps:spPr>
                          <a:xfrm flipV="1">
                            <a:off x="628650" y="463550"/>
                            <a:ext cx="996950" cy="9461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8032424" name="Lige forbindelse 2"/>
                        <wps:cNvCnPr/>
                        <wps:spPr>
                          <a:xfrm flipV="1">
                            <a:off x="755650" y="584200"/>
                            <a:ext cx="996950" cy="9461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2B34BE8" id="Gruppe 4" o:spid="_x0000_s1026" style="position:absolute;margin-left:176.4pt;margin-top:2pt;width:140.5pt;height:120.5pt;z-index:251561472" coordsize="17843,1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">
                <v:line id="Lige forbindelse 2" o:spid="_x0000_s1027" style="position:absolute;flip:y;visibility:visible;mso-wrap-style:square" from="0,127" to="9969,9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" strokecolor="#4f81bd [3204]" strokeweight="2pt">
                  <v:shadow on="t" color="black" opacity="24903f" origin=",.5" offset="0,.55556mm"/>
                </v:line>
                <v:group id="Gruppe 3" o:spid="_x0000_s1028" style="position:absolute;left:63;width:17780;height:14414" coordsize="24447,17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">
                  <v:line id="Lige forbindelse 2" o:spid="_x0000_s1029" style="position:absolute;visibility:visible;mso-wrap-style:square" from="4318,2794" to="21336,12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" strokecolor="#4f81bd [3204]" strokeweight="2pt">
                    <v:shadow on="t" color="black" opacity="24903f" origin=",.5" offset="0,.55556mm"/>
                  </v:line>
                  <v:line id="Lige forbindelse 2" o:spid="_x0000_s1030" style="position:absolute;visibility:visible;mso-wrap-style:square" from="0,7683" to="17018,17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" strokecolor="#4f81bd [3204]" strokeweight="2pt">
                    <v:shadow on="t" color="black" opacity="24903f" origin=",.5" offset="0,.55556mm"/>
                  </v:line>
                  <v:line id="Lige forbindelse 2" o:spid="_x0000_s1031" style="position:absolute;visibility:visible;mso-wrap-style:square" from="3492,4445" to="20510,13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" strokecolor="#4f81bd [3204]" strokeweight="2pt">
                    <v:shadow on="t" color="black" opacity="24903f" origin=",.5" offset="0,.55556mm"/>
                  </v:line>
                  <v:line id="Lige forbindelse 2" o:spid="_x0000_s1032" style="position:absolute;visibility:visible;mso-wrap-style:square" from="5842,1143" to="22860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" strokecolor="#4f81bd [3204]" strokeweight="2pt">
                    <v:shadow on="t" color="black" opacity="24903f" origin=",.5" offset="0,.55556mm"/>
                  </v:line>
                  <v:line id="Lige forbindelse 2" o:spid="_x0000_s1033" style="position:absolute;visibility:visible;mso-wrap-style:square" from="7429,0" to="24447,9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" strokecolor="#4f81bd [3204]" strokeweight="2pt">
                    <v:shadow on="t" color="black" opacity="24903f" origin=",.5" offset="0,.55556mm"/>
                  </v:line>
                </v:group>
                <v:line id="Lige forbindelse 2" o:spid="_x0000_s1034" style="position:absolute;flip:y;visibility:visible;mso-wrap-style:square" from="6286,4635" to="16256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" strokecolor="#4f81bd [3204]" strokeweight="2pt">
                  <v:shadow on="t" color="black" opacity="24903f" origin=",.5" offset="0,.55556mm"/>
                </v:line>
                <v:line id="Lige forbindelse 2" o:spid="_x0000_s1035" style="position:absolute;flip:y;visibility:visible;mso-wrap-style:square" from="7556,5842" to="17526,15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" strokecolor="#4f81bd [3204]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="00CD004B">
        <w:rPr>
          <w:b/>
          <w:color w:val="1A365D"/>
          <w:sz w:val="26"/>
          <w:lang w:val="da-DK"/>
        </w:rPr>
        <w:br w:type="page"/>
      </w:r>
    </w:p>
    <w:p w14:paraId="7D445AD5" w14:textId="65FBA7E5" w:rsidR="00F545C7" w:rsidRDefault="00F545C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62D76D99" w14:textId="77777777">
        <w:trPr>
          <w:jc w:val="center"/>
        </w:trPr>
        <w:tc>
          <w:tcPr>
            <w:tcW w:w="4968" w:type="dxa"/>
          </w:tcPr>
          <w:p w14:paraId="425D8E99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t>Navn: _____________________________________</w:t>
            </w:r>
          </w:p>
        </w:tc>
        <w:tc>
          <w:tcPr>
            <w:tcW w:w="4968" w:type="dxa"/>
          </w:tcPr>
          <w:p w14:paraId="1A3448BE" w14:textId="5DD3B88A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 xml:space="preserve">Dato: ___________________  Klasse: </w:t>
            </w:r>
            <w:r>
              <w:rPr>
                <w:color w:val="4A5568"/>
                <w:sz w:val="20"/>
              </w:rPr>
              <w:t xml:space="preserve"> ____</w:t>
            </w:r>
          </w:p>
        </w:tc>
      </w:tr>
    </w:tbl>
    <w:p w14:paraId="7D9478D8" w14:textId="77777777" w:rsidR="00F545C7" w:rsidRDefault="00F545C7">
      <w:pPr>
        <w:spacing w:after="160"/>
      </w:pPr>
    </w:p>
    <w:p w14:paraId="7392A54C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2 AF 10</w:t>
      </w:r>
    </w:p>
    <w:p w14:paraId="74C2D606" w14:textId="77777777" w:rsidR="00F545C7" w:rsidRDefault="00E505CE">
      <w:pPr>
        <w:spacing w:after="80"/>
      </w:pPr>
      <w:r>
        <w:rPr>
          <w:b/>
          <w:color w:val="1A365D"/>
          <w:sz w:val="36"/>
        </w:rPr>
        <w:t>2-cifrede tal (uden mente)</w:t>
      </w:r>
    </w:p>
    <w:p w14:paraId="71999FCF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Lær tre-zonemodellen: hundreder, tiere og enere</w:t>
      </w:r>
    </w:p>
    <w:p w14:paraId="613799B9" w14:textId="77777777" w:rsidR="00F545C7" w:rsidRPr="00CD004B" w:rsidRDefault="00F545C7">
      <w:pPr>
        <w:spacing w:after="120"/>
        <w:rPr>
          <w:lang w:val="da-DK"/>
        </w:rPr>
      </w:pPr>
    </w:p>
    <w:p w14:paraId="2D11353C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Tegn linjerne i din kladdeblok og udfyld skemaet nedenfor: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F545C7" w14:paraId="7F8CAC78" w14:textId="77777777">
        <w:trPr>
          <w:jc w:val="center"/>
        </w:trPr>
        <w:tc>
          <w:tcPr>
            <w:tcW w:w="1987" w:type="dxa"/>
            <w:shd w:val="clear" w:color="auto" w:fill="2B6CB0"/>
          </w:tcPr>
          <w:p w14:paraId="08340F46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Stykke</w:t>
            </w:r>
          </w:p>
        </w:tc>
        <w:tc>
          <w:tcPr>
            <w:tcW w:w="1987" w:type="dxa"/>
            <w:shd w:val="clear" w:color="auto" w:fill="2B6CB0"/>
          </w:tcPr>
          <w:p w14:paraId="503AA70D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Venstre zone (Hundreder)</w:t>
            </w:r>
          </w:p>
        </w:tc>
        <w:tc>
          <w:tcPr>
            <w:tcW w:w="1987" w:type="dxa"/>
            <w:shd w:val="clear" w:color="auto" w:fill="2B6CB0"/>
          </w:tcPr>
          <w:p w14:paraId="75278785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Midterste zone (Tiere)</w:t>
            </w:r>
          </w:p>
        </w:tc>
        <w:tc>
          <w:tcPr>
            <w:tcW w:w="1987" w:type="dxa"/>
            <w:shd w:val="clear" w:color="auto" w:fill="2B6CB0"/>
          </w:tcPr>
          <w:p w14:paraId="0886E571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Højre zone (Enere)</w:t>
            </w:r>
          </w:p>
        </w:tc>
        <w:tc>
          <w:tcPr>
            <w:tcW w:w="1987" w:type="dxa"/>
            <w:shd w:val="clear" w:color="auto" w:fill="2B6CB0"/>
          </w:tcPr>
          <w:p w14:paraId="3A1CD7B9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Endeligt svar</w:t>
            </w:r>
          </w:p>
        </w:tc>
      </w:tr>
      <w:tr w:rsidR="00F545C7" w14:paraId="5825BB6A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76BF" w14:textId="77777777" w:rsidR="00F545C7" w:rsidRDefault="00E505CE">
            <w:pPr>
              <w:jc w:val="center"/>
            </w:pPr>
            <w:r>
              <w:rPr>
                <w:b/>
              </w:rPr>
              <w:t>12 × 13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560AA" w14:textId="77777777" w:rsidR="00F545C7" w:rsidRDefault="00E505CE">
            <w:r>
              <w:t>1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A4D72" w14:textId="77777777" w:rsidR="00F545C7" w:rsidRDefault="00E505CE">
            <w:r>
              <w:t>3 + 2 = 5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9F9A3" w14:textId="77777777" w:rsidR="00F545C7" w:rsidRDefault="00E505CE">
            <w:r>
              <w:t>6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AB95C" w14:textId="77777777" w:rsidR="00F545C7" w:rsidRDefault="00E505CE">
            <w:pPr>
              <w:jc w:val="center"/>
            </w:pPr>
            <w:r>
              <w:rPr>
                <w:b/>
              </w:rPr>
              <w:t>156</w:t>
            </w:r>
          </w:p>
        </w:tc>
      </w:tr>
      <w:tr w:rsidR="00F545C7" w14:paraId="2BD59B53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3A5CE" w14:textId="77777777" w:rsidR="00F545C7" w:rsidRDefault="00E505CE">
            <w:pPr>
              <w:jc w:val="center"/>
            </w:pPr>
            <w:r>
              <w:rPr>
                <w:b/>
              </w:rPr>
              <w:t>11 × 14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C9093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2ED9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8ED55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5C00D" w14:textId="77777777" w:rsidR="00F545C7" w:rsidRDefault="00F545C7">
            <w:pPr>
              <w:jc w:val="center"/>
            </w:pPr>
          </w:p>
        </w:tc>
      </w:tr>
      <w:tr w:rsidR="00F545C7" w14:paraId="61F10AA0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48882" w14:textId="77777777" w:rsidR="00F545C7" w:rsidRDefault="00E505CE">
            <w:pPr>
              <w:jc w:val="center"/>
            </w:pPr>
            <w:r>
              <w:rPr>
                <w:b/>
              </w:rPr>
              <w:t>21 × 13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B665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325C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FBC07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D32C2" w14:textId="77777777" w:rsidR="00F545C7" w:rsidRDefault="00F545C7">
            <w:pPr>
              <w:jc w:val="center"/>
            </w:pPr>
          </w:p>
        </w:tc>
      </w:tr>
      <w:tr w:rsidR="00F545C7" w14:paraId="453C3E43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18745" w14:textId="77777777" w:rsidR="00F545C7" w:rsidRDefault="00E505CE">
            <w:pPr>
              <w:jc w:val="center"/>
            </w:pPr>
            <w:r>
              <w:rPr>
                <w:b/>
              </w:rPr>
              <w:t>31 × 12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5887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413A0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1C023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4BE7B" w14:textId="77777777" w:rsidR="00F545C7" w:rsidRDefault="00F545C7">
            <w:pPr>
              <w:jc w:val="center"/>
            </w:pPr>
          </w:p>
        </w:tc>
      </w:tr>
      <w:tr w:rsidR="00F545C7" w14:paraId="1BD132C9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D786B" w14:textId="77777777" w:rsidR="00F545C7" w:rsidRDefault="00E505CE">
            <w:pPr>
              <w:jc w:val="center"/>
            </w:pPr>
            <w:r>
              <w:rPr>
                <w:b/>
              </w:rPr>
              <w:t>22 × 12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15FCF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57839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C519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3383C" w14:textId="77777777" w:rsidR="00F545C7" w:rsidRDefault="00F545C7">
            <w:pPr>
              <w:jc w:val="center"/>
            </w:pPr>
          </w:p>
        </w:tc>
      </w:tr>
      <w:tr w:rsidR="00F545C7" w14:paraId="0B987970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0C75" w14:textId="77777777" w:rsidR="00F545C7" w:rsidRDefault="00E505CE">
            <w:pPr>
              <w:jc w:val="center"/>
            </w:pPr>
            <w:r>
              <w:rPr>
                <w:b/>
              </w:rPr>
              <w:t>13 × 21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AA42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8AA4D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A1D6C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77CB8" w14:textId="77777777" w:rsidR="00F545C7" w:rsidRDefault="00F545C7">
            <w:pPr>
              <w:jc w:val="center"/>
            </w:pPr>
          </w:p>
        </w:tc>
      </w:tr>
    </w:tbl>
    <w:p w14:paraId="18F1A200" w14:textId="77777777" w:rsidR="00DB2FB6" w:rsidRDefault="00E505CE">
      <w:pPr>
        <w:spacing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08088822" w14:textId="77777777">
        <w:trPr>
          <w:jc w:val="center"/>
        </w:trPr>
        <w:tc>
          <w:tcPr>
            <w:tcW w:w="4968" w:type="dxa"/>
          </w:tcPr>
          <w:p w14:paraId="45F5A42F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lastRenderedPageBreak/>
              <w:t>Navn: _____________________________________</w:t>
            </w:r>
          </w:p>
        </w:tc>
        <w:tc>
          <w:tcPr>
            <w:tcW w:w="4968" w:type="dxa"/>
          </w:tcPr>
          <w:p w14:paraId="7BA8711E" w14:textId="639FD954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 xml:space="preserve">Dato: ___________________  Klasse: </w:t>
            </w:r>
            <w:r>
              <w:rPr>
                <w:color w:val="4A5568"/>
                <w:sz w:val="20"/>
              </w:rPr>
              <w:t>____</w:t>
            </w:r>
          </w:p>
        </w:tc>
      </w:tr>
    </w:tbl>
    <w:p w14:paraId="4A5B3A1F" w14:textId="77777777" w:rsidR="00F545C7" w:rsidRDefault="00F545C7">
      <w:pPr>
        <w:spacing w:after="160"/>
      </w:pPr>
    </w:p>
    <w:p w14:paraId="08E0A036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3 AF 10</w:t>
      </w:r>
    </w:p>
    <w:p w14:paraId="0AFA8125" w14:textId="77777777" w:rsidR="00F545C7" w:rsidRPr="00CD004B" w:rsidRDefault="00E505CE">
      <w:pPr>
        <w:spacing w:after="80"/>
        <w:rPr>
          <w:lang w:val="da-DK"/>
        </w:rPr>
      </w:pPr>
      <w:r w:rsidRPr="00CD004B">
        <w:rPr>
          <w:b/>
          <w:color w:val="1A365D"/>
          <w:sz w:val="36"/>
          <w:lang w:val="da-DK"/>
        </w:rPr>
        <w:t>Håndtering af mente</w:t>
      </w:r>
    </w:p>
    <w:p w14:paraId="47392FC6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Hvad gør man, når skæringspunkterne bliver 10 eller derover?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14:paraId="1E9A82EA" w14:textId="77777777">
        <w:trPr>
          <w:jc w:val="center"/>
        </w:trPr>
        <w:tc>
          <w:tcPr>
            <w:tcW w:w="9936" w:type="dxa"/>
            <w:tcBorders>
              <w:left w:val="single" w:sz="24" w:space="0" w:color="E53E3E"/>
            </w:tcBorders>
            <w:shd w:val="clear" w:color="auto" w:fill="FF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7EA95C5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b/>
                <w:color w:val="1A365D"/>
              </w:rPr>
              <w:t>🔥</w:t>
            </w:r>
            <w:r w:rsidRPr="00CD004B">
              <w:rPr>
                <w:b/>
                <w:color w:val="1A365D"/>
                <w:lang w:val="da-DK"/>
              </w:rPr>
              <w:t xml:space="preserve"> Mente-reglen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7D809468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⚠</w:t>
            </w:r>
            <w:r>
              <w:rPr>
                <w:sz w:val="21"/>
              </w:rPr>
              <w:t>️</w:t>
            </w:r>
            <w:r w:rsidRPr="00CD004B">
              <w:rPr>
                <w:sz w:val="21"/>
                <w:lang w:val="da-DK"/>
              </w:rPr>
              <w:t xml:space="preserve"> Reglen for mente i japansk multiplikation:</w:t>
            </w:r>
          </w:p>
          <w:p w14:paraId="48CA6513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Hvis en zone får 10 eller flere skæringspunkter, kan du ikke bare skrive to cifre i feltet!</w:t>
            </w:r>
          </w:p>
          <w:p w14:paraId="17945728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Du skal lade ener-cifferet stå og lægge ti-cifferet (menten) til zonen til VENSTRE.</w:t>
            </w:r>
          </w:p>
          <w:p w14:paraId="2986A56C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Eksempel: 14 × 23</w:t>
            </w:r>
          </w:p>
          <w:p w14:paraId="2D84FC3F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Højre zone (H): 4 × 3 = 12 skæringspunkter ➔ Skriv 2, overfør +1 i mente til Midten.</w:t>
            </w:r>
          </w:p>
          <w:p w14:paraId="61CDD8D2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Midterste zone (M): (1×3) + (4×2) = 3 + 8 = 11. Læg menten 1 til: 11 + 1 = 12 ➔ Skriv 2, overfør +1 til Venstre.</w:t>
            </w:r>
          </w:p>
          <w:p w14:paraId="3103EB9F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Venstre zone (V): 1 × 2 = 2. Læg menten 1 til: 2 + 1 = 3.</w:t>
            </w:r>
          </w:p>
          <w:p w14:paraId="7E730BD9" w14:textId="77777777" w:rsidR="00F545C7" w:rsidRDefault="00E505CE">
            <w:pPr>
              <w:spacing w:before="40" w:after="80"/>
            </w:pPr>
            <w:r w:rsidRPr="00CD004B">
              <w:rPr>
                <w:sz w:val="21"/>
                <w:lang w:val="da-DK"/>
              </w:rPr>
              <w:t xml:space="preserve"> </w:t>
            </w:r>
            <w:r>
              <w:rPr>
                <w:sz w:val="21"/>
              </w:rPr>
              <w:t>• Samlet svar: 322!</w:t>
            </w:r>
          </w:p>
        </w:tc>
      </w:tr>
    </w:tbl>
    <w:p w14:paraId="289D00E2" w14:textId="77777777" w:rsidR="00F545C7" w:rsidRDefault="00F545C7">
      <w:pPr>
        <w:spacing w:after="120"/>
      </w:pPr>
    </w:p>
    <w:p w14:paraId="2A37A895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Løs følgende opgaver med mente. Husk at vise din udregning: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F545C7" w14:paraId="1D54AEDC" w14:textId="77777777">
        <w:trPr>
          <w:jc w:val="center"/>
        </w:trPr>
        <w:tc>
          <w:tcPr>
            <w:tcW w:w="1987" w:type="dxa"/>
            <w:shd w:val="clear" w:color="auto" w:fill="C53030"/>
          </w:tcPr>
          <w:p w14:paraId="344B24BC" w14:textId="77777777" w:rsidR="00F545C7" w:rsidRDefault="00E505CE">
            <w:r>
              <w:rPr>
                <w:b/>
                <w:color w:val="FFFFFF"/>
              </w:rPr>
              <w:t>Stykke</w:t>
            </w:r>
          </w:p>
        </w:tc>
        <w:tc>
          <w:tcPr>
            <w:tcW w:w="1987" w:type="dxa"/>
            <w:shd w:val="clear" w:color="auto" w:fill="C53030"/>
          </w:tcPr>
          <w:p w14:paraId="41CD1A83" w14:textId="77777777" w:rsidR="00F545C7" w:rsidRDefault="00E505CE">
            <w:r>
              <w:rPr>
                <w:b/>
                <w:color w:val="FFFFFF"/>
              </w:rPr>
              <w:t>Højre (Enere &amp; Mente)</w:t>
            </w:r>
          </w:p>
        </w:tc>
        <w:tc>
          <w:tcPr>
            <w:tcW w:w="1987" w:type="dxa"/>
            <w:shd w:val="clear" w:color="auto" w:fill="C53030"/>
          </w:tcPr>
          <w:p w14:paraId="747EE1BD" w14:textId="77777777" w:rsidR="00F545C7" w:rsidRDefault="00E505CE">
            <w:r>
              <w:rPr>
                <w:b/>
                <w:color w:val="FFFFFF"/>
              </w:rPr>
              <w:t>Midte (Tiere &amp; Mente)</w:t>
            </w:r>
          </w:p>
        </w:tc>
        <w:tc>
          <w:tcPr>
            <w:tcW w:w="1987" w:type="dxa"/>
            <w:shd w:val="clear" w:color="auto" w:fill="C53030"/>
          </w:tcPr>
          <w:p w14:paraId="42A6FACF" w14:textId="77777777" w:rsidR="00F545C7" w:rsidRDefault="00E505CE">
            <w:r>
              <w:rPr>
                <w:b/>
                <w:color w:val="FFFFFF"/>
              </w:rPr>
              <w:t>Venstre (Hundreder)</w:t>
            </w:r>
          </w:p>
        </w:tc>
        <w:tc>
          <w:tcPr>
            <w:tcW w:w="1987" w:type="dxa"/>
            <w:shd w:val="clear" w:color="auto" w:fill="C53030"/>
          </w:tcPr>
          <w:p w14:paraId="1AF0A773" w14:textId="77777777" w:rsidR="00F545C7" w:rsidRDefault="00E505CE">
            <w:r>
              <w:rPr>
                <w:b/>
                <w:color w:val="FFFFFF"/>
              </w:rPr>
              <w:t>Endeligt svar</w:t>
            </w:r>
          </w:p>
        </w:tc>
      </w:tr>
      <w:tr w:rsidR="00F545C7" w14:paraId="6D7A5311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4FDB8" w14:textId="77777777" w:rsidR="00F545C7" w:rsidRDefault="00E505CE">
            <w:pPr>
              <w:jc w:val="center"/>
            </w:pPr>
            <w:r>
              <w:rPr>
                <w:b/>
              </w:rPr>
              <w:t>14 × 23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666D8" w14:textId="77777777" w:rsidR="00F545C7" w:rsidRDefault="00E505CE">
            <w:r>
              <w:t>12 ➔ Skriv 2 (Mente +1)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42EA2" w14:textId="77777777" w:rsidR="00F545C7" w:rsidRDefault="00E505CE">
            <w:r>
              <w:t>11 + 1 = 12 ➔ Skriv 2 (Mente +1)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BF3D" w14:textId="77777777" w:rsidR="00F545C7" w:rsidRDefault="00E505CE">
            <w:r>
              <w:t>2 + 1 = 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E5E74" w14:textId="77777777" w:rsidR="00F545C7" w:rsidRDefault="00E505CE">
            <w:pPr>
              <w:jc w:val="center"/>
            </w:pPr>
            <w:r>
              <w:rPr>
                <w:b/>
              </w:rPr>
              <w:t>322</w:t>
            </w:r>
          </w:p>
        </w:tc>
      </w:tr>
      <w:tr w:rsidR="00F545C7" w14:paraId="6DD5D62B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A598" w14:textId="77777777" w:rsidR="00F545C7" w:rsidRDefault="00E505CE">
            <w:pPr>
              <w:jc w:val="center"/>
            </w:pPr>
            <w:r>
              <w:rPr>
                <w:b/>
              </w:rPr>
              <w:t>15 × 13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A79C7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EC507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9493A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B0BF1" w14:textId="77777777" w:rsidR="00F545C7" w:rsidRDefault="00F545C7">
            <w:pPr>
              <w:jc w:val="center"/>
            </w:pPr>
          </w:p>
        </w:tc>
      </w:tr>
      <w:tr w:rsidR="00F545C7" w14:paraId="33029599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239C" w14:textId="77777777" w:rsidR="00F545C7" w:rsidRDefault="00E505CE">
            <w:pPr>
              <w:jc w:val="center"/>
            </w:pPr>
            <w:r>
              <w:rPr>
                <w:b/>
              </w:rPr>
              <w:t>24 × 13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0F868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6745D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F1AC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61DD0" w14:textId="77777777" w:rsidR="00F545C7" w:rsidRDefault="00F545C7">
            <w:pPr>
              <w:jc w:val="center"/>
            </w:pPr>
          </w:p>
        </w:tc>
      </w:tr>
      <w:tr w:rsidR="00F545C7" w14:paraId="3A77F21D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1CAC1" w14:textId="77777777" w:rsidR="00F545C7" w:rsidRDefault="00E505CE">
            <w:pPr>
              <w:jc w:val="center"/>
            </w:pPr>
            <w:r>
              <w:rPr>
                <w:b/>
              </w:rPr>
              <w:t>33 × 14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BFC1E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3F8F8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31569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95CC0" w14:textId="77777777" w:rsidR="00F545C7" w:rsidRDefault="00F545C7">
            <w:pPr>
              <w:jc w:val="center"/>
            </w:pPr>
          </w:p>
        </w:tc>
      </w:tr>
      <w:tr w:rsidR="00F545C7" w14:paraId="504CC1C3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01D80" w14:textId="77777777" w:rsidR="00F545C7" w:rsidRDefault="00E505CE">
            <w:pPr>
              <w:jc w:val="center"/>
            </w:pPr>
            <w:r>
              <w:rPr>
                <w:b/>
              </w:rPr>
              <w:t>25 × 22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87E9C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DE89D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17C85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2CE9A" w14:textId="77777777" w:rsidR="00F545C7" w:rsidRDefault="00F545C7">
            <w:pPr>
              <w:jc w:val="center"/>
            </w:pPr>
          </w:p>
        </w:tc>
      </w:tr>
      <w:tr w:rsidR="00F545C7" w14:paraId="38E89C98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22B2F" w14:textId="77777777" w:rsidR="00F545C7" w:rsidRDefault="00E505CE">
            <w:pPr>
              <w:jc w:val="center"/>
            </w:pPr>
            <w:r>
              <w:rPr>
                <w:b/>
              </w:rPr>
              <w:t>16 × 23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F7FA4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0A10D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F4DE9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CA37D" w14:textId="77777777" w:rsidR="00F545C7" w:rsidRDefault="00F545C7">
            <w:pPr>
              <w:jc w:val="center"/>
            </w:pPr>
          </w:p>
        </w:tc>
      </w:tr>
    </w:tbl>
    <w:p w14:paraId="2C6EF2AA" w14:textId="77777777" w:rsidR="00DB2FB6" w:rsidRDefault="00E505CE">
      <w:pPr>
        <w:spacing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70F9C044" w14:textId="77777777">
        <w:trPr>
          <w:jc w:val="center"/>
        </w:trPr>
        <w:tc>
          <w:tcPr>
            <w:tcW w:w="4968" w:type="dxa"/>
          </w:tcPr>
          <w:p w14:paraId="103918AA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lastRenderedPageBreak/>
              <w:t>Navn: _____________________________________</w:t>
            </w:r>
          </w:p>
        </w:tc>
        <w:tc>
          <w:tcPr>
            <w:tcW w:w="4968" w:type="dxa"/>
          </w:tcPr>
          <w:p w14:paraId="7973F7E3" w14:textId="6E5C057A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>Dato: ___________________  Klasse:</w:t>
            </w:r>
            <w:r>
              <w:rPr>
                <w:color w:val="4A5568"/>
                <w:sz w:val="20"/>
              </w:rPr>
              <w:t xml:space="preserve"> ____</w:t>
            </w:r>
          </w:p>
        </w:tc>
      </w:tr>
    </w:tbl>
    <w:p w14:paraId="3851D3D6" w14:textId="77777777" w:rsidR="00F545C7" w:rsidRDefault="00F545C7">
      <w:pPr>
        <w:spacing w:after="160"/>
      </w:pPr>
    </w:p>
    <w:p w14:paraId="37601C54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4 AF 10</w:t>
      </w:r>
    </w:p>
    <w:p w14:paraId="2F685D53" w14:textId="77777777" w:rsidR="00F545C7" w:rsidRDefault="00E505CE">
      <w:pPr>
        <w:spacing w:after="80"/>
      </w:pPr>
      <w:r>
        <w:rPr>
          <w:b/>
          <w:color w:val="1A365D"/>
          <w:sz w:val="36"/>
        </w:rPr>
        <w:t>Tricket med nul</w:t>
      </w:r>
    </w:p>
    <w:p w14:paraId="51D10B59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Hvordan tegner og tæller man linjer for tallet 0?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14:paraId="7745BC1B" w14:textId="77777777">
        <w:trPr>
          <w:jc w:val="center"/>
        </w:trPr>
        <w:tc>
          <w:tcPr>
            <w:tcW w:w="9936" w:type="dxa"/>
            <w:tcBorders>
              <w:left w:val="single" w:sz="24" w:space="0" w:color="38A169"/>
            </w:tcBorders>
            <w:shd w:val="clear" w:color="auto" w:fill="F0FF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BAD3923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b/>
                <w:color w:val="1A365D"/>
                <w:lang w:val="da-DK"/>
              </w:rPr>
              <w:t>✨</w:t>
            </w:r>
            <w:r w:rsidRPr="00CD004B">
              <w:rPr>
                <w:b/>
                <w:color w:val="1A365D"/>
                <w:lang w:val="da-DK"/>
              </w:rPr>
              <w:t xml:space="preserve"> Det magiske nul-trick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1F75CB75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sz w:val="21"/>
              </w:rPr>
              <w:t>🌀</w:t>
            </w:r>
            <w:r w:rsidRPr="00CD004B">
              <w:rPr>
                <w:sz w:val="21"/>
                <w:lang w:val="da-DK"/>
              </w:rPr>
              <w:t xml:space="preserve"> Hvordan tegner man et NUL (0)?</w:t>
            </w:r>
          </w:p>
          <w:p w14:paraId="050B15E2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Du kan ikke tælle skæringspunkter på en usynlig linje! Derfor bruger vi en STIPLET LINJE (eller en anden farve) til tallet 0.</w:t>
            </w:r>
          </w:p>
          <w:p w14:paraId="33C269B2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sz w:val="21"/>
              </w:rPr>
              <w:t>🔑</w:t>
            </w:r>
            <w:r w:rsidRPr="00CD004B">
              <w:rPr>
                <w:sz w:val="21"/>
                <w:lang w:val="da-DK"/>
              </w:rPr>
              <w:t xml:space="preserve"> VIGTIG REGEL FOR 0:</w:t>
            </w:r>
          </w:p>
          <w:p w14:paraId="445DB34C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Enhver skæring med en stiplet 0-linje tæller som 0 SKÆRINGSPUNKTER!</w:t>
            </w:r>
          </w:p>
          <w:p w14:paraId="71D876C9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Eksempel: 20 × 13</w:t>
            </w:r>
          </w:p>
          <w:p w14:paraId="1851F236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20 tegnes som: 2 hele linjer (tiere) og 1 STIPLET linje (enere).</w:t>
            </w:r>
          </w:p>
          <w:p w14:paraId="1AC5B864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13 tegnes som: 1 hel linje og 3 hele linjer på tværs over.</w:t>
            </w:r>
          </w:p>
          <w:p w14:paraId="2E3FA5B4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Højre zone: Stiplede enere × 3 linjer = 0 krydser.</w:t>
            </w:r>
          </w:p>
          <w:p w14:paraId="5AC4A7E8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Midter zone: (2×3 = 6) + (0×1 = 0) = 6 krydser.</w:t>
            </w:r>
          </w:p>
          <w:p w14:paraId="456A4DFE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Venstre zone: 2×1 = 2 krydser.</w:t>
            </w:r>
          </w:p>
          <w:p w14:paraId="1A3ED388" w14:textId="77777777" w:rsidR="00F545C7" w:rsidRDefault="00E505CE">
            <w:pPr>
              <w:spacing w:before="40" w:after="80"/>
            </w:pPr>
            <w:r w:rsidRPr="00CD004B">
              <w:rPr>
                <w:sz w:val="21"/>
                <w:lang w:val="da-DK"/>
              </w:rPr>
              <w:t xml:space="preserve"> </w:t>
            </w:r>
            <w:r>
              <w:rPr>
                <w:sz w:val="21"/>
              </w:rPr>
              <w:t>• Resultat: 260!</w:t>
            </w:r>
          </w:p>
        </w:tc>
      </w:tr>
    </w:tbl>
    <w:p w14:paraId="494E3E63" w14:textId="77777777" w:rsidR="00F545C7" w:rsidRDefault="00F545C7">
      <w:pPr>
        <w:spacing w:after="120"/>
      </w:pPr>
    </w:p>
    <w:p w14:paraId="59BC2911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Opgave: Løs stykkerne ved at tegne 0 som en stiplet linje: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F545C7" w14:paraId="26931926" w14:textId="77777777">
        <w:trPr>
          <w:jc w:val="center"/>
        </w:trPr>
        <w:tc>
          <w:tcPr>
            <w:tcW w:w="331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280477F" w14:textId="77777777" w:rsidR="00F545C7" w:rsidRDefault="00E505CE">
            <w:r w:rsidRPr="00CD004B">
              <w:rPr>
                <w:b/>
                <w:lang w:val="da-DK"/>
              </w:rPr>
              <w:t>1) 10 × 24 =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Tegn 1 hel linje + 1 stiplet linje (0).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Kryds med 24.</w:t>
            </w:r>
            <w:r w:rsidRPr="00CD004B">
              <w:rPr>
                <w:sz w:val="19"/>
                <w:lang w:val="da-DK"/>
              </w:rPr>
              <w:br/>
              <w:t>Husk: Stiplede kryds = 0!</w:t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Svar: _____</w:t>
            </w:r>
          </w:p>
        </w:tc>
        <w:tc>
          <w:tcPr>
            <w:tcW w:w="331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E439034" w14:textId="77777777" w:rsidR="00F545C7" w:rsidRDefault="00E505CE">
            <w:r w:rsidRPr="00CD004B">
              <w:rPr>
                <w:b/>
                <w:lang w:val="da-DK"/>
              </w:rPr>
              <w:t>2) 30 × 12 =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Tegn 3 hele linjer + 1 stiplet linje.</w:t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Kryds med 12.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_____</w:t>
            </w:r>
          </w:p>
        </w:tc>
        <w:tc>
          <w:tcPr>
            <w:tcW w:w="3312" w:type="dxa"/>
          </w:tcPr>
          <w:p w14:paraId="70FFF627" w14:textId="77777777" w:rsidR="00F545C7" w:rsidRDefault="00F545C7"/>
        </w:tc>
      </w:tr>
      <w:tr w:rsidR="00F545C7" w14:paraId="2708218D" w14:textId="77777777">
        <w:trPr>
          <w:jc w:val="center"/>
        </w:trPr>
        <w:tc>
          <w:tcPr>
            <w:tcW w:w="331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4389EB1" w14:textId="77777777" w:rsidR="00F545C7" w:rsidRDefault="00E505CE">
            <w:r w:rsidRPr="00CD004B">
              <w:rPr>
                <w:b/>
                <w:lang w:val="da-DK"/>
              </w:rPr>
              <w:t>3) 20 × 31 =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Tegn 2 hele linjer + 1 stiplet linje.</w:t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Kryds med 31.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_____</w:t>
            </w:r>
          </w:p>
        </w:tc>
        <w:tc>
          <w:tcPr>
            <w:tcW w:w="331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B2CEEFA" w14:textId="77777777" w:rsidR="00F545C7" w:rsidRDefault="00E505CE">
            <w:r w:rsidRPr="00CD004B">
              <w:rPr>
                <w:b/>
                <w:lang w:val="da-DK"/>
              </w:rPr>
              <w:t>4) 14 × 20 =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Tegn 14 og kryds med 2 hele linjer + 1 stiplet linje.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Svar: _____</w:t>
            </w:r>
          </w:p>
        </w:tc>
        <w:tc>
          <w:tcPr>
            <w:tcW w:w="3312" w:type="dxa"/>
          </w:tcPr>
          <w:p w14:paraId="45D8BE44" w14:textId="77777777" w:rsidR="00F545C7" w:rsidRDefault="00F545C7"/>
        </w:tc>
      </w:tr>
      <w:tr w:rsidR="00F545C7" w14:paraId="7C10B5F0" w14:textId="77777777">
        <w:trPr>
          <w:jc w:val="center"/>
        </w:trPr>
        <w:tc>
          <w:tcPr>
            <w:tcW w:w="331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DFBF8CF" w14:textId="77777777" w:rsidR="00F545C7" w:rsidRDefault="00E505CE">
            <w:r w:rsidRPr="00CD004B">
              <w:rPr>
                <w:b/>
                <w:lang w:val="da-DK"/>
              </w:rPr>
              <w:t>5) 40 × 22 =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Tegn 40 (4 hele + 1 stiplet) og kryds med 22.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Svar: _____</w:t>
            </w:r>
          </w:p>
        </w:tc>
        <w:tc>
          <w:tcPr>
            <w:tcW w:w="331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6850E31" w14:textId="77777777" w:rsidR="00F545C7" w:rsidRDefault="00E505CE">
            <w:r w:rsidRPr="00CD004B">
              <w:rPr>
                <w:b/>
                <w:lang w:val="da-DK"/>
              </w:rPr>
              <w:t>6) 10 × 10 =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Brug stiplede linjer til begge 0'er!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Svar: _____</w:t>
            </w:r>
          </w:p>
        </w:tc>
        <w:tc>
          <w:tcPr>
            <w:tcW w:w="3312" w:type="dxa"/>
          </w:tcPr>
          <w:p w14:paraId="797E4457" w14:textId="77777777" w:rsidR="00F545C7" w:rsidRDefault="00F545C7"/>
        </w:tc>
      </w:tr>
    </w:tbl>
    <w:p w14:paraId="7D2BA1AC" w14:textId="77777777" w:rsidR="00DB2FB6" w:rsidRDefault="00E505CE">
      <w:pPr>
        <w:spacing w:after="0" w:line="20" w:lineRule="exact"/>
        <w:rPr>
          <w:sz w:val="2"/>
        </w:rPr>
      </w:pPr>
      <w:r>
        <w:rPr>
          <w:sz w:val="2"/>
        </w:rPr>
        <w:br w:type="page"/>
      </w:r>
    </w:p>
    <w:p w14:paraId="4DC5ABF4" w14:textId="77777777" w:rsidR="00D72D0F" w:rsidRDefault="00D72D0F">
      <w:pPr>
        <w:spacing w:after="40"/>
        <w:rPr>
          <w:b/>
          <w:color w:val="2B6CB0"/>
          <w:sz w:val="19"/>
          <w:lang w:val="da-DK"/>
        </w:rPr>
      </w:pPr>
    </w:p>
    <w:p w14:paraId="0F14652C" w14:textId="31FCE40E" w:rsidR="00F545C7" w:rsidRPr="00D72D0F" w:rsidRDefault="00E505CE">
      <w:pPr>
        <w:spacing w:after="40"/>
        <w:rPr>
          <w:lang w:val="da-DK"/>
        </w:rPr>
      </w:pPr>
      <w:r w:rsidRPr="00D72D0F">
        <w:rPr>
          <w:b/>
          <w:color w:val="2B6CB0"/>
          <w:sz w:val="19"/>
          <w:lang w:val="da-DK"/>
        </w:rPr>
        <w:t>ARBEJDSARK 5 AF 10</w:t>
      </w:r>
    </w:p>
    <w:p w14:paraId="1C7A0527" w14:textId="77777777" w:rsidR="00F545C7" w:rsidRPr="00D72D0F" w:rsidRDefault="00E505CE">
      <w:pPr>
        <w:spacing w:after="80"/>
        <w:rPr>
          <w:lang w:val="da-DK"/>
        </w:rPr>
      </w:pPr>
      <w:r w:rsidRPr="00D72D0F">
        <w:rPr>
          <w:b/>
          <w:color w:val="1A365D"/>
          <w:sz w:val="36"/>
          <w:lang w:val="da-DK"/>
        </w:rPr>
        <w:t>Udvidelse: 3-cifrede tal (3 × 2 cifre)</w:t>
      </w:r>
    </w:p>
    <w:p w14:paraId="10247D8A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Når regnestykkerne bliver større – 4 zoner!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14:paraId="0AAA5528" w14:textId="77777777">
        <w:trPr>
          <w:jc w:val="center"/>
        </w:trPr>
        <w:tc>
          <w:tcPr>
            <w:tcW w:w="9936" w:type="dxa"/>
            <w:tcBorders>
              <w:left w:val="single" w:sz="24" w:space="0" w:color="3182CE"/>
            </w:tcBorders>
            <w:shd w:val="clear" w:color="auto" w:fill="EBF8FF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2F0DED6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b/>
                <w:color w:val="1A365D"/>
              </w:rPr>
              <w:t>🚀</w:t>
            </w:r>
            <w:r w:rsidRPr="00CD004B">
              <w:rPr>
                <w:b/>
                <w:color w:val="1A365D"/>
                <w:lang w:val="da-DK"/>
              </w:rPr>
              <w:t xml:space="preserve"> Udvidelse til 4 zoner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4DA1B16D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Når du ganger et 3-cifret tal med et 2-cifret tal (f.eks. 123 × 12), får du 4 zoner:</w:t>
            </w:r>
          </w:p>
          <w:p w14:paraId="4F207BD6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1. Tusinder-zone (T): Hundreder × Tiere</w:t>
            </w:r>
          </w:p>
          <w:p w14:paraId="2C3BA765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2. Hundreder-zone (H): (Hundreder × Enere) + (Tiere × Tiere)</w:t>
            </w:r>
          </w:p>
          <w:p w14:paraId="0791A1B1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3. Ti-zone (TI): (Tiere × Enere) + (Enere × Tiere)</w:t>
            </w:r>
          </w:p>
          <w:p w14:paraId="78F4A82A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4. Ener-zone (E): Enere × Enere</w:t>
            </w:r>
          </w:p>
          <w:p w14:paraId="3ABF5184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Eksempel: 123 × 12</w:t>
            </w:r>
          </w:p>
          <w:p w14:paraId="58A70DD1" w14:textId="77777777" w:rsidR="00F545C7" w:rsidRPr="00CD004B" w:rsidRDefault="00E505CE">
            <w:pPr>
              <w:spacing w:before="40" w:after="80"/>
              <w:rPr>
                <w:lang w:val="pt-PT"/>
              </w:rPr>
            </w:pPr>
            <w:r w:rsidRPr="00CD004B">
              <w:rPr>
                <w:sz w:val="21"/>
                <w:lang w:val="da-DK"/>
              </w:rPr>
              <w:t xml:space="preserve"> </w:t>
            </w:r>
            <w:r w:rsidRPr="00CD004B">
              <w:rPr>
                <w:sz w:val="21"/>
                <w:lang w:val="pt-PT"/>
              </w:rPr>
              <w:t>• T-zone: 1×1 = 1</w:t>
            </w:r>
          </w:p>
          <w:p w14:paraId="1BC9F51A" w14:textId="77777777" w:rsidR="00F545C7" w:rsidRPr="00CD004B" w:rsidRDefault="00E505CE">
            <w:pPr>
              <w:spacing w:before="40" w:after="80"/>
              <w:rPr>
                <w:lang w:val="pt-PT"/>
              </w:rPr>
            </w:pPr>
            <w:r w:rsidRPr="00CD004B">
              <w:rPr>
                <w:sz w:val="21"/>
                <w:lang w:val="pt-PT"/>
              </w:rPr>
              <w:t xml:space="preserve"> • H-zone: (1×2) + (2×1) = 2 + 2 = 4</w:t>
            </w:r>
          </w:p>
          <w:p w14:paraId="2DCCA8AF" w14:textId="77777777" w:rsidR="00F545C7" w:rsidRPr="00CD004B" w:rsidRDefault="00E505CE">
            <w:pPr>
              <w:spacing w:before="40" w:after="80"/>
              <w:rPr>
                <w:lang w:val="pt-PT"/>
              </w:rPr>
            </w:pPr>
            <w:r w:rsidRPr="00CD004B">
              <w:rPr>
                <w:sz w:val="21"/>
                <w:lang w:val="pt-PT"/>
              </w:rPr>
              <w:t xml:space="preserve"> • TI-zone: (2×2) + (3×1) = 4 + 3 = 7</w:t>
            </w:r>
          </w:p>
          <w:p w14:paraId="1F700AEE" w14:textId="77777777" w:rsidR="00F545C7" w:rsidRPr="00CD004B" w:rsidRDefault="00E505CE">
            <w:pPr>
              <w:spacing w:before="40" w:after="80"/>
              <w:rPr>
                <w:lang w:val="pt-PT"/>
              </w:rPr>
            </w:pPr>
            <w:r w:rsidRPr="00CD004B">
              <w:rPr>
                <w:sz w:val="21"/>
                <w:lang w:val="pt-PT"/>
              </w:rPr>
              <w:t xml:space="preserve"> • E-zone: 3×2 = 6</w:t>
            </w:r>
          </w:p>
          <w:p w14:paraId="28601FA2" w14:textId="77777777" w:rsidR="00F545C7" w:rsidRDefault="00E505CE">
            <w:pPr>
              <w:spacing w:before="40" w:after="80"/>
            </w:pPr>
            <w:r w:rsidRPr="00CD004B">
              <w:rPr>
                <w:sz w:val="21"/>
                <w:lang w:val="pt-PT"/>
              </w:rPr>
              <w:t xml:space="preserve"> </w:t>
            </w:r>
            <w:r>
              <w:rPr>
                <w:sz w:val="21"/>
              </w:rPr>
              <w:t>➔</w:t>
            </w:r>
            <w:r>
              <w:rPr>
                <w:sz w:val="21"/>
              </w:rPr>
              <w:t xml:space="preserve"> Resultat: 1.476!</w:t>
            </w:r>
          </w:p>
        </w:tc>
      </w:tr>
    </w:tbl>
    <w:p w14:paraId="4391A810" w14:textId="77777777" w:rsidR="00F545C7" w:rsidRDefault="00F545C7">
      <w:pPr>
        <w:spacing w:after="120"/>
      </w:pPr>
    </w:p>
    <w:p w14:paraId="45E9410F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Løs de 3-cifrede stykker. Pas på zonerne!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341F8805" w14:textId="77777777">
        <w:trPr>
          <w:jc w:val="center"/>
        </w:trPr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71AEB9" w14:textId="77777777" w:rsidR="00F545C7" w:rsidRDefault="00E505CE">
            <w:r>
              <w:rPr>
                <w:b/>
              </w:rPr>
              <w:t>1) 132 × 12 =</w:t>
            </w:r>
            <w:r>
              <w:rPr>
                <w:b/>
              </w:rPr>
              <w:br/>
            </w:r>
            <w:r>
              <w:rPr>
                <w:sz w:val="19"/>
              </w:rPr>
              <w:t>T-zone: 1×1 = 1</w:t>
            </w:r>
            <w:r>
              <w:rPr>
                <w:sz w:val="19"/>
              </w:rPr>
              <w:br/>
              <w:t>H-zone: (1×2)+(3×1) = 5</w:t>
            </w:r>
            <w:r>
              <w:rPr>
                <w:sz w:val="19"/>
              </w:rPr>
              <w:br/>
              <w:t>TI-zone: (3×2)+(2×1) = 8</w:t>
            </w:r>
            <w:r>
              <w:rPr>
                <w:sz w:val="19"/>
              </w:rPr>
              <w:br/>
              <w:t>E-zone: 2×2 = 4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1.584</w:t>
            </w:r>
          </w:p>
        </w:tc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48B39E" w14:textId="77777777" w:rsidR="00F545C7" w:rsidRDefault="00E505CE">
            <w:r>
              <w:rPr>
                <w:b/>
              </w:rPr>
              <w:t>2) 213 × 21 =</w:t>
            </w:r>
            <w:r>
              <w:rPr>
                <w:b/>
              </w:rPr>
              <w:br/>
            </w:r>
            <w:r>
              <w:rPr>
                <w:sz w:val="19"/>
              </w:rPr>
              <w:t>T-zone:</w:t>
            </w:r>
            <w:r>
              <w:rPr>
                <w:sz w:val="19"/>
              </w:rPr>
              <w:br/>
              <w:t>H-zone:</w:t>
            </w:r>
            <w:r>
              <w:rPr>
                <w:sz w:val="19"/>
              </w:rPr>
              <w:br/>
              <w:t>TI-zone:</w:t>
            </w:r>
            <w:r>
              <w:rPr>
                <w:sz w:val="19"/>
              </w:rPr>
              <w:br/>
              <w:t>E-zone: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__________</w:t>
            </w:r>
          </w:p>
        </w:tc>
      </w:tr>
      <w:tr w:rsidR="00F545C7" w14:paraId="0873A9F7" w14:textId="77777777">
        <w:trPr>
          <w:jc w:val="center"/>
        </w:trPr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B1F691" w14:textId="77777777" w:rsidR="00F545C7" w:rsidRDefault="00E505CE">
            <w:r>
              <w:rPr>
                <w:b/>
              </w:rPr>
              <w:t>3) 114 × 12 =</w:t>
            </w:r>
            <w:r>
              <w:rPr>
                <w:b/>
              </w:rPr>
              <w:br/>
            </w:r>
            <w:r>
              <w:rPr>
                <w:sz w:val="19"/>
              </w:rPr>
              <w:t>T-zone:</w:t>
            </w:r>
            <w:r>
              <w:rPr>
                <w:sz w:val="19"/>
              </w:rPr>
              <w:br/>
              <w:t>H-zone:</w:t>
            </w:r>
            <w:r>
              <w:rPr>
                <w:sz w:val="19"/>
              </w:rPr>
              <w:br/>
              <w:t>TI-zone:</w:t>
            </w:r>
            <w:r>
              <w:rPr>
                <w:sz w:val="19"/>
              </w:rPr>
              <w:br/>
              <w:t>E-zone: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__________</w:t>
            </w:r>
          </w:p>
        </w:tc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CEED8" w14:textId="77777777" w:rsidR="00F545C7" w:rsidRDefault="00E505CE">
            <w:r w:rsidRPr="00CD004B">
              <w:rPr>
                <w:b/>
                <w:lang w:val="da-DK"/>
              </w:rPr>
              <w:t>4) 302 × 13 =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Husk at bruge stiplet linje til 0!</w:t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T-zone:</w:t>
            </w:r>
            <w:r>
              <w:rPr>
                <w:sz w:val="19"/>
              </w:rPr>
              <w:br/>
              <w:t>H-zone:</w:t>
            </w:r>
            <w:r>
              <w:rPr>
                <w:sz w:val="19"/>
              </w:rPr>
              <w:br/>
              <w:t>TI-zone:</w:t>
            </w:r>
            <w:r>
              <w:rPr>
                <w:sz w:val="19"/>
              </w:rPr>
              <w:br/>
              <w:t>E-zone: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__________</w:t>
            </w:r>
          </w:p>
        </w:tc>
      </w:tr>
      <w:tr w:rsidR="00F545C7" w14:paraId="00702F63" w14:textId="77777777">
        <w:trPr>
          <w:jc w:val="center"/>
        </w:trPr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C25DF" w14:textId="77777777" w:rsidR="00F545C7" w:rsidRDefault="00E505CE">
            <w:r>
              <w:rPr>
                <w:b/>
              </w:rPr>
              <w:t>5) 221 × 14 =</w:t>
            </w:r>
            <w:r>
              <w:rPr>
                <w:b/>
              </w:rPr>
              <w:br/>
            </w:r>
            <w:r>
              <w:rPr>
                <w:sz w:val="19"/>
              </w:rPr>
              <w:t>T-zone:</w:t>
            </w:r>
            <w:r>
              <w:rPr>
                <w:sz w:val="19"/>
              </w:rPr>
              <w:br/>
              <w:t>H-zone:</w:t>
            </w:r>
            <w:r>
              <w:rPr>
                <w:sz w:val="19"/>
              </w:rPr>
              <w:br/>
              <w:t>TI-zone:</w:t>
            </w:r>
            <w:r>
              <w:rPr>
                <w:sz w:val="19"/>
              </w:rPr>
              <w:br/>
              <w:t>E-zone: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__________</w:t>
            </w:r>
          </w:p>
        </w:tc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55BE3D" w14:textId="77777777" w:rsidR="00F545C7" w:rsidRDefault="00E505CE">
            <w:r>
              <w:rPr>
                <w:b/>
              </w:rPr>
              <w:t>6) 103 × 22 =</w:t>
            </w:r>
            <w:r>
              <w:rPr>
                <w:b/>
              </w:rPr>
              <w:br/>
            </w:r>
            <w:r>
              <w:rPr>
                <w:sz w:val="19"/>
              </w:rPr>
              <w:t>T-zone:</w:t>
            </w:r>
            <w:r>
              <w:rPr>
                <w:sz w:val="19"/>
              </w:rPr>
              <w:br/>
              <w:t>H-zone:</w:t>
            </w:r>
            <w:r>
              <w:rPr>
                <w:sz w:val="19"/>
              </w:rPr>
              <w:br/>
              <w:t>TI-zone:</w:t>
            </w:r>
            <w:r>
              <w:rPr>
                <w:sz w:val="19"/>
              </w:rPr>
              <w:br/>
              <w:t>E-zone: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Svar: __________</w:t>
            </w:r>
          </w:p>
        </w:tc>
      </w:tr>
    </w:tbl>
    <w:p w14:paraId="0DE6378D" w14:textId="77777777" w:rsidR="00DB2FB6" w:rsidRDefault="00E505CE">
      <w:pPr>
        <w:spacing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10B4BD32" w14:textId="77777777">
        <w:trPr>
          <w:jc w:val="center"/>
        </w:trPr>
        <w:tc>
          <w:tcPr>
            <w:tcW w:w="4968" w:type="dxa"/>
          </w:tcPr>
          <w:p w14:paraId="1D498163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lastRenderedPageBreak/>
              <w:t>Navn: _____________________________________</w:t>
            </w:r>
          </w:p>
        </w:tc>
        <w:tc>
          <w:tcPr>
            <w:tcW w:w="4968" w:type="dxa"/>
          </w:tcPr>
          <w:p w14:paraId="27F58324" w14:textId="0AEA79AC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 xml:space="preserve">Dato: ___________________  Klasse: </w:t>
            </w:r>
            <w:r>
              <w:rPr>
                <w:color w:val="4A5568"/>
                <w:sz w:val="20"/>
              </w:rPr>
              <w:t>____</w:t>
            </w:r>
          </w:p>
        </w:tc>
      </w:tr>
    </w:tbl>
    <w:p w14:paraId="00CAD4BA" w14:textId="77777777" w:rsidR="00F545C7" w:rsidRDefault="00F545C7">
      <w:pPr>
        <w:spacing w:after="160"/>
      </w:pPr>
    </w:p>
    <w:p w14:paraId="004F8179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6 AF 10</w:t>
      </w:r>
    </w:p>
    <w:p w14:paraId="05269E48" w14:textId="77777777" w:rsidR="00F545C7" w:rsidRDefault="00E505CE">
      <w:pPr>
        <w:spacing w:after="80"/>
      </w:pPr>
      <w:r>
        <w:rPr>
          <w:b/>
          <w:color w:val="1A365D"/>
          <w:sz w:val="36"/>
        </w:rPr>
        <w:t>Matematik-detektiv: Find fejlen!</w:t>
      </w:r>
    </w:p>
    <w:p w14:paraId="3592EC49" w14:textId="77777777" w:rsidR="00F545C7" w:rsidRDefault="00E505CE">
      <w:pPr>
        <w:spacing w:after="240"/>
      </w:pPr>
      <w:r w:rsidRPr="00CD004B">
        <w:rPr>
          <w:i/>
          <w:color w:val="4A5568"/>
          <w:lang w:val="da-DK"/>
        </w:rPr>
        <w:t xml:space="preserve">En elev har lavet fejl i den japanske multiplikation. </w:t>
      </w:r>
      <w:r>
        <w:rPr>
          <w:i/>
          <w:color w:val="4A5568"/>
        </w:rPr>
        <w:t>Kan du finde dem?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:rsidRPr="000130D2" w14:paraId="373B67C4" w14:textId="77777777">
        <w:trPr>
          <w:jc w:val="center"/>
        </w:trPr>
        <w:tc>
          <w:tcPr>
            <w:tcW w:w="9936" w:type="dxa"/>
            <w:tcBorders>
              <w:left w:val="single" w:sz="24" w:space="0" w:color="D69E2E"/>
            </w:tcBorders>
            <w:shd w:val="clear" w:color="auto" w:fill="FFFBE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07F7C76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b/>
                <w:color w:val="1A365D"/>
              </w:rPr>
              <w:t>🔍</w:t>
            </w:r>
            <w:r w:rsidRPr="00CD004B">
              <w:rPr>
                <w:b/>
                <w:color w:val="1A365D"/>
                <w:lang w:val="da-DK"/>
              </w:rPr>
              <w:t xml:space="preserve"> Detektiv-instruks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15D6AC29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sz w:val="21"/>
              </w:rPr>
              <w:t>🕵</w:t>
            </w:r>
            <w:r>
              <w:rPr>
                <w:sz w:val="21"/>
              </w:rPr>
              <w:t>️</w:t>
            </w:r>
            <w:r w:rsidRPr="00CD004B">
              <w:rPr>
                <w:sz w:val="21"/>
                <w:lang w:val="da-DK"/>
              </w:rPr>
              <w:t>‍♂</w:t>
            </w:r>
            <w:r>
              <w:rPr>
                <w:sz w:val="21"/>
              </w:rPr>
              <w:t>️</w:t>
            </w:r>
            <w:r w:rsidRPr="00CD004B">
              <w:rPr>
                <w:sz w:val="21"/>
                <w:lang w:val="da-DK"/>
              </w:rPr>
              <w:t xml:space="preserve"> Din opgave:</w:t>
            </w:r>
          </w:p>
          <w:p w14:paraId="67976CF2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Nedenfor er 4 regnestykker, som en elev har løst med den japanske metode. Men der er sneget sig fejl ind! Find fejlen i tegningen eller optællingen, forklar, hvad der gik galt, og skriv det rigtige svar.</w:t>
            </w:r>
          </w:p>
        </w:tc>
      </w:tr>
    </w:tbl>
    <w:p w14:paraId="7D089A99" w14:textId="77777777" w:rsidR="00F545C7" w:rsidRPr="00CD004B" w:rsidRDefault="00F545C7">
      <w:pPr>
        <w:spacing w:after="120"/>
        <w:rPr>
          <w:lang w:val="da-DK"/>
        </w:rPr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21028E45" w14:textId="77777777">
        <w:trPr>
          <w:jc w:val="center"/>
        </w:trPr>
        <w:tc>
          <w:tcPr>
            <w:tcW w:w="496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E1FDBF6" w14:textId="77777777" w:rsidR="00F545C7" w:rsidRDefault="00E505CE">
            <w:r w:rsidRPr="00CD004B">
              <w:rPr>
                <w:b/>
                <w:lang w:val="da-DK"/>
              </w:rPr>
              <w:t>Opgave A: Elevens svar på 23 × 12 = 266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Elevens forklaring:</w:t>
            </w:r>
            <w:r w:rsidRPr="00CD004B">
              <w:rPr>
                <w:sz w:val="19"/>
                <w:lang w:val="da-DK"/>
              </w:rPr>
              <w:br/>
              <w:t>- Venstre zone: 2×1 = 2</w:t>
            </w:r>
            <w:r w:rsidRPr="00CD004B">
              <w:rPr>
                <w:sz w:val="19"/>
                <w:lang w:val="da-DK"/>
              </w:rPr>
              <w:br/>
              <w:t>- Midter zone: 3×2 = 6</w:t>
            </w:r>
            <w:r w:rsidRPr="00CD004B">
              <w:rPr>
                <w:sz w:val="19"/>
                <w:lang w:val="da-DK"/>
              </w:rPr>
              <w:br/>
              <w:t>- Højre zone: 3×2 = 6</w:t>
            </w:r>
            <w:r w:rsidRPr="00CD004B">
              <w:rPr>
                <w:sz w:val="19"/>
                <w:lang w:val="da-DK"/>
              </w:rPr>
              <w:br/>
              <w:t>Elevens svar: 266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🔎</w:t>
            </w:r>
            <w:r w:rsidRPr="00CD004B">
              <w:rPr>
                <w:sz w:val="19"/>
                <w:lang w:val="da-DK"/>
              </w:rPr>
              <w:t xml:space="preserve"> Hvad er fejlen?</w:t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_____________________________________</w:t>
            </w:r>
            <w:r>
              <w:rPr>
                <w:sz w:val="19"/>
              </w:rPr>
              <w:br/>
              <w:t>_____________________________________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✅ Rigtigt svar: _____</w:t>
            </w:r>
          </w:p>
        </w:tc>
        <w:tc>
          <w:tcPr>
            <w:tcW w:w="496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7465A4A" w14:textId="77777777" w:rsidR="00F545C7" w:rsidRDefault="00E505CE">
            <w:r w:rsidRPr="00CD004B">
              <w:rPr>
                <w:b/>
                <w:lang w:val="da-DK"/>
              </w:rPr>
              <w:t>Opgave B: Elevens svar på 14 × 22 = 208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Elevens forklaring:</w:t>
            </w:r>
            <w:r w:rsidRPr="00CD004B">
              <w:rPr>
                <w:sz w:val="19"/>
                <w:lang w:val="da-DK"/>
              </w:rPr>
              <w:br/>
              <w:t>- Højre zone: 4×2 = 8</w:t>
            </w:r>
            <w:r w:rsidRPr="00CD004B">
              <w:rPr>
                <w:sz w:val="19"/>
                <w:lang w:val="da-DK"/>
              </w:rPr>
              <w:br/>
              <w:t>- Midter zone: (1×2)+(4×2) = 10 ➔ skrev 0</w:t>
            </w:r>
            <w:r w:rsidRPr="00CD004B">
              <w:rPr>
                <w:sz w:val="19"/>
                <w:lang w:val="da-DK"/>
              </w:rPr>
              <w:br/>
              <w:t>- Venstre zone: 1×2 = 2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🔎</w:t>
            </w:r>
            <w:r w:rsidRPr="00CD004B">
              <w:rPr>
                <w:sz w:val="19"/>
                <w:lang w:val="da-DK"/>
              </w:rPr>
              <w:t xml:space="preserve"> Hvad er fejlen?</w:t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_____________________________________</w:t>
            </w:r>
            <w:r>
              <w:rPr>
                <w:sz w:val="19"/>
              </w:rPr>
              <w:br/>
              <w:t>_____________________________________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✅ Rigtigt svar: _____</w:t>
            </w:r>
          </w:p>
        </w:tc>
      </w:tr>
      <w:tr w:rsidR="00F545C7" w14:paraId="507469DC" w14:textId="77777777">
        <w:trPr>
          <w:jc w:val="center"/>
        </w:trPr>
        <w:tc>
          <w:tcPr>
            <w:tcW w:w="496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A18A82E" w14:textId="77777777" w:rsidR="00F545C7" w:rsidRDefault="00E505CE">
            <w:r w:rsidRPr="00CD004B">
              <w:rPr>
                <w:b/>
                <w:lang w:val="da-DK"/>
              </w:rPr>
              <w:t>Opgave C: Elevens svar på 20 × 13 = 273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Elevens forklaring:</w:t>
            </w:r>
            <w:r w:rsidRPr="00CD004B">
              <w:rPr>
                <w:sz w:val="19"/>
                <w:lang w:val="da-DK"/>
              </w:rPr>
              <w:br/>
              <w:t>- Eleven tegnede 0 som en almindelig streg og talte skæringspunkterne med den som normale krydser!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🔎</w:t>
            </w:r>
            <w:r>
              <w:rPr>
                <w:sz w:val="19"/>
              </w:rPr>
              <w:t xml:space="preserve"> Hvad er fejlen?</w:t>
            </w:r>
            <w:r>
              <w:rPr>
                <w:sz w:val="19"/>
              </w:rPr>
              <w:br/>
              <w:t>_____________________________________</w:t>
            </w:r>
            <w:r>
              <w:rPr>
                <w:sz w:val="19"/>
              </w:rPr>
              <w:br/>
              <w:t>_____________________________________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✅ Rigtigt svar: _____</w:t>
            </w:r>
          </w:p>
        </w:tc>
        <w:tc>
          <w:tcPr>
            <w:tcW w:w="496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EF8F8FB" w14:textId="77777777" w:rsidR="00F545C7" w:rsidRDefault="00E505CE">
            <w:r w:rsidRPr="00CD004B">
              <w:rPr>
                <w:b/>
                <w:lang w:val="da-DK"/>
              </w:rPr>
              <w:t>Opgave D: Elevens svar på 31 × 21 = 631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Elevens forklaring:</w:t>
            </w:r>
            <w:r w:rsidRPr="00CD004B">
              <w:rPr>
                <w:sz w:val="19"/>
                <w:lang w:val="da-DK"/>
              </w:rPr>
              <w:br/>
              <w:t>- Venstre zone: 3×2 = 6</w:t>
            </w:r>
            <w:r w:rsidRPr="00CD004B">
              <w:rPr>
                <w:sz w:val="19"/>
                <w:lang w:val="da-DK"/>
              </w:rPr>
              <w:br/>
              <w:t>- Midter zone: 3×1 = 3</w:t>
            </w:r>
            <w:r w:rsidRPr="00CD004B">
              <w:rPr>
                <w:sz w:val="19"/>
                <w:lang w:val="da-DK"/>
              </w:rPr>
              <w:br/>
              <w:t>- Højre zone: 1×1 = 1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🔎</w:t>
            </w:r>
            <w:r w:rsidRPr="00CD004B">
              <w:rPr>
                <w:sz w:val="19"/>
                <w:lang w:val="da-DK"/>
              </w:rPr>
              <w:t xml:space="preserve"> Hvad mangler i midter-zonen?</w:t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_____________________________________</w:t>
            </w:r>
            <w:r>
              <w:rPr>
                <w:sz w:val="19"/>
              </w:rPr>
              <w:br/>
              <w:t>_____________________________________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✅ Rigtigt svar: _____</w:t>
            </w:r>
          </w:p>
        </w:tc>
      </w:tr>
    </w:tbl>
    <w:p w14:paraId="53EDDDA2" w14:textId="77777777" w:rsidR="00DB2FB6" w:rsidRDefault="00E505CE">
      <w:pPr>
        <w:spacing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424B131F" w14:textId="77777777">
        <w:trPr>
          <w:jc w:val="center"/>
        </w:trPr>
        <w:tc>
          <w:tcPr>
            <w:tcW w:w="4968" w:type="dxa"/>
          </w:tcPr>
          <w:p w14:paraId="1F1E8B7A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lastRenderedPageBreak/>
              <w:t>Navn: _____________________________________</w:t>
            </w:r>
          </w:p>
        </w:tc>
        <w:tc>
          <w:tcPr>
            <w:tcW w:w="4968" w:type="dxa"/>
          </w:tcPr>
          <w:p w14:paraId="71D98EE0" w14:textId="0B502BA7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 xml:space="preserve">Dato: ___________________  Klasse: </w:t>
            </w:r>
            <w:r>
              <w:rPr>
                <w:color w:val="4A5568"/>
                <w:sz w:val="20"/>
              </w:rPr>
              <w:t xml:space="preserve"> ____</w:t>
            </w:r>
          </w:p>
        </w:tc>
      </w:tr>
    </w:tbl>
    <w:p w14:paraId="55296DE4" w14:textId="77777777" w:rsidR="00F545C7" w:rsidRDefault="00F545C7">
      <w:pPr>
        <w:spacing w:after="160"/>
      </w:pPr>
    </w:p>
    <w:p w14:paraId="3169B7AB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7 AF 10</w:t>
      </w:r>
    </w:p>
    <w:p w14:paraId="3FB7EDEB" w14:textId="77777777" w:rsidR="00F545C7" w:rsidRDefault="00E505CE">
      <w:pPr>
        <w:spacing w:after="80"/>
      </w:pPr>
      <w:r>
        <w:rPr>
          <w:b/>
          <w:color w:val="1A365D"/>
          <w:sz w:val="36"/>
        </w:rPr>
        <w:t>Hastighedsudfordring</w:t>
      </w:r>
    </w:p>
    <w:p w14:paraId="0E2F1F33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Hvor hurtigt kan du løse stykkerne med streg-metoden?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14:paraId="5235D38A" w14:textId="77777777">
        <w:trPr>
          <w:jc w:val="center"/>
        </w:trPr>
        <w:tc>
          <w:tcPr>
            <w:tcW w:w="9936" w:type="dxa"/>
            <w:tcBorders>
              <w:left w:val="single" w:sz="24" w:space="0" w:color="2D3748"/>
            </w:tcBorders>
            <w:shd w:val="clear" w:color="auto" w:fill="ED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0CC9E4D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b/>
                <w:color w:val="1A365D"/>
                <w:lang w:val="da-DK"/>
              </w:rPr>
              <w:t>⚡</w:t>
            </w:r>
            <w:r w:rsidRPr="00CD004B">
              <w:rPr>
                <w:b/>
                <w:color w:val="1A365D"/>
                <w:lang w:val="da-DK"/>
              </w:rPr>
              <w:t xml:space="preserve"> Tidstagning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04E1C159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⏱</w:t>
            </w:r>
            <w:r>
              <w:rPr>
                <w:sz w:val="21"/>
              </w:rPr>
              <w:t>️</w:t>
            </w:r>
            <w:r w:rsidRPr="00CD004B">
              <w:rPr>
                <w:sz w:val="21"/>
                <w:lang w:val="da-DK"/>
              </w:rPr>
              <w:t xml:space="preserve"> Sådan gør du:</w:t>
            </w:r>
          </w:p>
          <w:p w14:paraId="63C330D9" w14:textId="77777777" w:rsidR="00F545C7" w:rsidRDefault="00E505CE">
            <w:pPr>
              <w:spacing w:before="40" w:after="80"/>
            </w:pPr>
            <w:r w:rsidRPr="00CD004B">
              <w:rPr>
                <w:sz w:val="21"/>
                <w:lang w:val="da-DK"/>
              </w:rPr>
              <w:t xml:space="preserve">Sæt en timer på 5 minutter. Løs så mange stykker som muligt ved hjælp af lynhurtige streg-tegninger i kladderummet. </w:t>
            </w:r>
            <w:r>
              <w:rPr>
                <w:sz w:val="21"/>
              </w:rPr>
              <w:t>Skriv svaret ud for hvert stykke.</w:t>
            </w:r>
          </w:p>
        </w:tc>
      </w:tr>
    </w:tbl>
    <w:p w14:paraId="760145BF" w14:textId="77777777" w:rsidR="00F545C7" w:rsidRDefault="00F545C7">
      <w:pPr>
        <w:spacing w:after="120"/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F545C7" w14:paraId="605E6AF0" w14:textId="77777777">
        <w:trPr>
          <w:jc w:val="center"/>
        </w:trPr>
        <w:tc>
          <w:tcPr>
            <w:tcW w:w="3312" w:type="dxa"/>
            <w:shd w:val="clear" w:color="auto" w:fill="4A5568"/>
          </w:tcPr>
          <w:p w14:paraId="29DDB0D1" w14:textId="77777777" w:rsidR="00F545C7" w:rsidRDefault="00E505CE">
            <w:r>
              <w:rPr>
                <w:b/>
                <w:color w:val="FFFFFF"/>
              </w:rPr>
              <w:t>Niveau 1 (Let)</w:t>
            </w:r>
          </w:p>
        </w:tc>
        <w:tc>
          <w:tcPr>
            <w:tcW w:w="3312" w:type="dxa"/>
            <w:shd w:val="clear" w:color="auto" w:fill="4A5568"/>
          </w:tcPr>
          <w:p w14:paraId="38D5024A" w14:textId="77777777" w:rsidR="00F545C7" w:rsidRDefault="00E505CE">
            <w:r>
              <w:rPr>
                <w:b/>
                <w:color w:val="FFFFFF"/>
              </w:rPr>
              <w:t>Niveau 2 (Middel)</w:t>
            </w:r>
          </w:p>
        </w:tc>
        <w:tc>
          <w:tcPr>
            <w:tcW w:w="3312" w:type="dxa"/>
            <w:shd w:val="clear" w:color="auto" w:fill="4A5568"/>
          </w:tcPr>
          <w:p w14:paraId="5EC5ABD8" w14:textId="77777777" w:rsidR="00F545C7" w:rsidRDefault="00E505CE">
            <w:r>
              <w:rPr>
                <w:b/>
                <w:color w:val="FFFFFF"/>
              </w:rPr>
              <w:t>Niveau 3 (Ekspert)</w:t>
            </w:r>
          </w:p>
        </w:tc>
      </w:tr>
      <w:tr w:rsidR="00F545C7" w14:paraId="0476C9E0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9617D" w14:textId="77777777" w:rsidR="00F545C7" w:rsidRDefault="00E505CE">
            <w:r>
              <w:rPr>
                <w:sz w:val="20"/>
              </w:rPr>
              <w:t>11 × 12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5DCC42" w14:textId="77777777" w:rsidR="00F545C7" w:rsidRDefault="00E505CE">
            <w:r>
              <w:rPr>
                <w:sz w:val="20"/>
              </w:rPr>
              <w:t>22 × 13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71BD44" w14:textId="77777777" w:rsidR="00F545C7" w:rsidRDefault="00E505CE">
            <w:r>
              <w:rPr>
                <w:sz w:val="20"/>
              </w:rPr>
              <w:t>34 × 21 = ____</w:t>
            </w:r>
          </w:p>
        </w:tc>
      </w:tr>
      <w:tr w:rsidR="00F545C7" w14:paraId="00E0D459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B46B4" w14:textId="77777777" w:rsidR="00F545C7" w:rsidRDefault="00E505CE">
            <w:r>
              <w:rPr>
                <w:sz w:val="20"/>
              </w:rPr>
              <w:t>13 × 11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44474E" w14:textId="77777777" w:rsidR="00F545C7" w:rsidRDefault="00E505CE">
            <w:r>
              <w:rPr>
                <w:sz w:val="20"/>
              </w:rPr>
              <w:t>14 × 21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01BA1" w14:textId="77777777" w:rsidR="00F545C7" w:rsidRDefault="00E505CE">
            <w:r>
              <w:rPr>
                <w:sz w:val="20"/>
              </w:rPr>
              <w:t>42 × 23 = ____</w:t>
            </w:r>
          </w:p>
        </w:tc>
      </w:tr>
      <w:tr w:rsidR="00F545C7" w14:paraId="453D6E2F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3F1141" w14:textId="77777777" w:rsidR="00F545C7" w:rsidRDefault="00E505CE">
            <w:r>
              <w:rPr>
                <w:sz w:val="20"/>
              </w:rPr>
              <w:t>21 × 12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85C9ED" w14:textId="77777777" w:rsidR="00F545C7" w:rsidRDefault="00E505CE">
            <w:r>
              <w:rPr>
                <w:sz w:val="20"/>
              </w:rPr>
              <w:t>23 × 12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A049D5" w14:textId="77777777" w:rsidR="00F545C7" w:rsidRDefault="00E505CE">
            <w:r>
              <w:rPr>
                <w:sz w:val="20"/>
              </w:rPr>
              <w:t>15 × 32 = ____</w:t>
            </w:r>
          </w:p>
        </w:tc>
      </w:tr>
      <w:tr w:rsidR="00F545C7" w14:paraId="60CE3F88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B8D9F0" w14:textId="77777777" w:rsidR="00F545C7" w:rsidRDefault="00E505CE">
            <w:r>
              <w:rPr>
                <w:sz w:val="20"/>
              </w:rPr>
              <w:t>12 × 14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8DB65D" w14:textId="77777777" w:rsidR="00F545C7" w:rsidRDefault="00E505CE">
            <w:r>
              <w:rPr>
                <w:sz w:val="20"/>
              </w:rPr>
              <w:t>31 × 22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99D006" w14:textId="77777777" w:rsidR="00F545C7" w:rsidRDefault="00E505CE">
            <w:r>
              <w:rPr>
                <w:sz w:val="20"/>
              </w:rPr>
              <w:t>51 × 13 = ____</w:t>
            </w:r>
          </w:p>
        </w:tc>
      </w:tr>
      <w:tr w:rsidR="00F545C7" w14:paraId="73DC9099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683DF0" w14:textId="77777777" w:rsidR="00F545C7" w:rsidRDefault="00E505CE">
            <w:r>
              <w:rPr>
                <w:sz w:val="20"/>
              </w:rPr>
              <w:t>22 × 11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D11DB" w14:textId="77777777" w:rsidR="00F545C7" w:rsidRDefault="00E505CE">
            <w:r>
              <w:rPr>
                <w:sz w:val="20"/>
              </w:rPr>
              <w:t>15 × 12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42C717" w14:textId="77777777" w:rsidR="00F545C7" w:rsidRDefault="00E505CE">
            <w:r>
              <w:rPr>
                <w:sz w:val="20"/>
              </w:rPr>
              <w:t>26 × 21 = ____</w:t>
            </w:r>
          </w:p>
        </w:tc>
      </w:tr>
      <w:tr w:rsidR="00F545C7" w14:paraId="3CC687B3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43637" w14:textId="77777777" w:rsidR="00F545C7" w:rsidRDefault="00E505CE">
            <w:r>
              <w:rPr>
                <w:sz w:val="20"/>
              </w:rPr>
              <w:t>31 × 11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C0C6E8" w14:textId="77777777" w:rsidR="00F545C7" w:rsidRDefault="00E505CE">
            <w:r>
              <w:rPr>
                <w:sz w:val="20"/>
              </w:rPr>
              <w:t>24 × 11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9B6D8D" w14:textId="77777777" w:rsidR="00F545C7" w:rsidRDefault="00E505CE">
            <w:r>
              <w:rPr>
                <w:sz w:val="20"/>
              </w:rPr>
              <w:t>33 × 31 = ____</w:t>
            </w:r>
          </w:p>
        </w:tc>
      </w:tr>
      <w:tr w:rsidR="00F545C7" w14:paraId="685ACFE0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0B0D3" w14:textId="77777777" w:rsidR="00F545C7" w:rsidRDefault="00E505CE">
            <w:r>
              <w:rPr>
                <w:sz w:val="20"/>
              </w:rPr>
              <w:t>10 × 15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9C5D7A" w14:textId="77777777" w:rsidR="00F545C7" w:rsidRDefault="00E505CE">
            <w:r>
              <w:rPr>
                <w:sz w:val="20"/>
              </w:rPr>
              <w:t>30 × 21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BAEE75" w14:textId="77777777" w:rsidR="00F545C7" w:rsidRDefault="00E505CE">
            <w:r>
              <w:rPr>
                <w:sz w:val="20"/>
              </w:rPr>
              <w:t>40 × 25 = ____</w:t>
            </w:r>
          </w:p>
        </w:tc>
      </w:tr>
      <w:tr w:rsidR="00F545C7" w14:paraId="698B45D8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E5A840" w14:textId="77777777" w:rsidR="00F545C7" w:rsidRDefault="00E505CE">
            <w:r>
              <w:rPr>
                <w:sz w:val="20"/>
              </w:rPr>
              <w:t>41 × 11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74A453" w14:textId="77777777" w:rsidR="00F545C7" w:rsidRDefault="00E505CE">
            <w:r>
              <w:rPr>
                <w:sz w:val="20"/>
              </w:rPr>
              <w:t>13 × 13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0CE68" w14:textId="77777777" w:rsidR="00F545C7" w:rsidRDefault="00E505CE">
            <w:r>
              <w:rPr>
                <w:sz w:val="20"/>
              </w:rPr>
              <w:t>16 × 24 = ____</w:t>
            </w:r>
          </w:p>
        </w:tc>
      </w:tr>
      <w:tr w:rsidR="00F545C7" w14:paraId="534DA49D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3560C" w14:textId="77777777" w:rsidR="00F545C7" w:rsidRDefault="00E505CE">
            <w:r>
              <w:rPr>
                <w:sz w:val="20"/>
              </w:rPr>
              <w:t>12 × 12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08D762" w14:textId="77777777" w:rsidR="00F545C7" w:rsidRDefault="00E505CE">
            <w:r>
              <w:rPr>
                <w:sz w:val="20"/>
              </w:rPr>
              <w:t>25 × 11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3BC051" w14:textId="77777777" w:rsidR="00F545C7" w:rsidRDefault="00E505CE">
            <w:r>
              <w:rPr>
                <w:sz w:val="20"/>
              </w:rPr>
              <w:t>35 × 22 = ____</w:t>
            </w:r>
          </w:p>
        </w:tc>
      </w:tr>
      <w:tr w:rsidR="00F545C7" w14:paraId="0FBD66E4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0F5EC" w14:textId="77777777" w:rsidR="00F545C7" w:rsidRDefault="00E505CE">
            <w:r>
              <w:rPr>
                <w:sz w:val="20"/>
              </w:rPr>
              <w:t>20 × 14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7453C" w14:textId="77777777" w:rsidR="00F545C7" w:rsidRDefault="00E505CE">
            <w:r>
              <w:rPr>
                <w:sz w:val="20"/>
              </w:rPr>
              <w:t>41 × 12 = ____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7FB38" w14:textId="77777777" w:rsidR="00F545C7" w:rsidRDefault="00E505CE">
            <w:r>
              <w:rPr>
                <w:sz w:val="20"/>
              </w:rPr>
              <w:t>18 × 31 = ____</w:t>
            </w:r>
          </w:p>
        </w:tc>
      </w:tr>
    </w:tbl>
    <w:p w14:paraId="7021009B" w14:textId="77777777" w:rsidR="00F545C7" w:rsidRPr="00CD004B" w:rsidRDefault="00E505CE">
      <w:pPr>
        <w:spacing w:before="240"/>
        <w:rPr>
          <w:lang w:val="da-DK"/>
        </w:rPr>
      </w:pPr>
      <w:r w:rsidRPr="00CD004B">
        <w:rPr>
          <w:b/>
          <w:lang w:val="da-DK"/>
        </w:rPr>
        <w:t>⏱</w:t>
      </w:r>
      <w:r>
        <w:rPr>
          <w:b/>
        </w:rPr>
        <w:t>️</w:t>
      </w:r>
      <w:r w:rsidRPr="00CD004B">
        <w:rPr>
          <w:b/>
          <w:lang w:val="da-DK"/>
        </w:rPr>
        <w:t xml:space="preserve"> Min tid: _______ minutter    |    </w:t>
      </w:r>
      <w:r>
        <w:rPr>
          <w:b/>
        </w:rPr>
        <w:t>🏆</w:t>
      </w:r>
      <w:r w:rsidRPr="00CD004B">
        <w:rPr>
          <w:b/>
          <w:lang w:val="da-DK"/>
        </w:rPr>
        <w:t xml:space="preserve"> Antal rigtige: _______ / 30</w:t>
      </w:r>
    </w:p>
    <w:p w14:paraId="675C7FA4" w14:textId="77777777" w:rsidR="00DB2FB6" w:rsidRPr="000130D2" w:rsidRDefault="00E505CE">
      <w:pPr>
        <w:spacing w:after="0" w:line="20" w:lineRule="exact"/>
        <w:rPr>
          <w:sz w:val="2"/>
          <w:lang w:val="da-DK"/>
        </w:rPr>
      </w:pPr>
      <w:r w:rsidRPr="000130D2">
        <w:rPr>
          <w:sz w:val="2"/>
          <w:lang w:val="da-DK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5D930344" w14:textId="77777777">
        <w:trPr>
          <w:jc w:val="center"/>
        </w:trPr>
        <w:tc>
          <w:tcPr>
            <w:tcW w:w="4968" w:type="dxa"/>
          </w:tcPr>
          <w:p w14:paraId="3EDFC490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lastRenderedPageBreak/>
              <w:t>Navn: _____________________________________</w:t>
            </w:r>
          </w:p>
        </w:tc>
        <w:tc>
          <w:tcPr>
            <w:tcW w:w="4968" w:type="dxa"/>
          </w:tcPr>
          <w:p w14:paraId="29848FF2" w14:textId="64226653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 xml:space="preserve">Dato: ___________________  Klasse: </w:t>
            </w:r>
            <w:r>
              <w:rPr>
                <w:color w:val="4A5568"/>
                <w:sz w:val="20"/>
              </w:rPr>
              <w:t>____</w:t>
            </w:r>
          </w:p>
        </w:tc>
      </w:tr>
    </w:tbl>
    <w:p w14:paraId="6BF12510" w14:textId="77777777" w:rsidR="00F545C7" w:rsidRDefault="00F545C7">
      <w:pPr>
        <w:spacing w:after="160"/>
      </w:pPr>
    </w:p>
    <w:p w14:paraId="6299B714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8 AF 10</w:t>
      </w:r>
    </w:p>
    <w:p w14:paraId="3E1167D0" w14:textId="77777777" w:rsidR="00F545C7" w:rsidRPr="000130D2" w:rsidRDefault="00E505CE">
      <w:pPr>
        <w:spacing w:after="80"/>
        <w:rPr>
          <w:lang w:val="da-DK"/>
        </w:rPr>
      </w:pPr>
      <w:r w:rsidRPr="000130D2">
        <w:rPr>
          <w:b/>
          <w:color w:val="1A365D"/>
          <w:sz w:val="36"/>
          <w:lang w:val="da-DK"/>
        </w:rPr>
        <w:t>Sammenligning: To måder at gange på</w:t>
      </w:r>
    </w:p>
    <w:p w14:paraId="3CC85F78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Giver streg-metoden og opstilling det samme svar?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14:paraId="73964243" w14:textId="77777777">
        <w:trPr>
          <w:jc w:val="center"/>
        </w:trPr>
        <w:tc>
          <w:tcPr>
            <w:tcW w:w="9936" w:type="dxa"/>
            <w:tcBorders>
              <w:left w:val="single" w:sz="24" w:space="0" w:color="2D3748"/>
            </w:tcBorders>
            <w:shd w:val="clear" w:color="auto" w:fill="ED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E034E51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b/>
                <w:color w:val="1A365D"/>
                <w:lang w:val="da-DK"/>
              </w:rPr>
              <w:t>🔁</w:t>
            </w:r>
            <w:r w:rsidRPr="00CD004B">
              <w:rPr>
                <w:b/>
                <w:color w:val="1A365D"/>
                <w:lang w:val="da-DK"/>
              </w:rPr>
              <w:t xml:space="preserve"> Sammenlign metoderne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0FE05D75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✏</w:t>
            </w:r>
            <w:r>
              <w:rPr>
                <w:sz w:val="21"/>
              </w:rPr>
              <w:t>️</w:t>
            </w:r>
            <w:r w:rsidRPr="00CD004B">
              <w:rPr>
                <w:sz w:val="21"/>
                <w:lang w:val="da-DK"/>
              </w:rPr>
              <w:t xml:space="preserve"> Sådan gør du:</w:t>
            </w:r>
          </w:p>
          <w:p w14:paraId="2D6E17DD" w14:textId="77777777" w:rsidR="00F545C7" w:rsidRDefault="00E505CE">
            <w:pPr>
              <w:spacing w:before="40" w:after="80"/>
            </w:pPr>
            <w:r w:rsidRPr="00CD004B">
              <w:rPr>
                <w:sz w:val="21"/>
                <w:lang w:val="da-DK"/>
              </w:rPr>
              <w:t>Løs hvert stykke med streg-metoden, og skriv zonerne i skemaet. Regn derefter det samme stykke med opstilling i dit kladdehæfte. Får du det samme svar? (Husk menten!)</w:t>
            </w:r>
            <w:r>
              <w:rPr>
                <w:sz w:val="21"/>
              </w:rPr>
              <w:t xml:space="preserve">  </w:t>
            </w:r>
          </w:p>
        </w:tc>
      </w:tr>
    </w:tbl>
    <w:p w14:paraId="66790165" w14:textId="77777777" w:rsidR="00F545C7" w:rsidRDefault="00F545C7">
      <w:pPr>
        <w:spacing w:after="120"/>
      </w:pPr>
    </w:p>
    <w:p w14:paraId="4B375FAD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Tegn linjerne i din kladdeblok og udfyld skemaet: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F545C7" w14:paraId="4D46D331" w14:textId="77777777">
        <w:trPr>
          <w:jc w:val="center"/>
        </w:trPr>
        <w:tc>
          <w:tcPr>
            <w:tcW w:w="1987" w:type="dxa"/>
            <w:shd w:val="clear" w:color="auto" w:fill="2B6CB0"/>
          </w:tcPr>
          <w:p w14:paraId="265E3D7A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Stykke</w:t>
            </w:r>
          </w:p>
        </w:tc>
        <w:tc>
          <w:tcPr>
            <w:tcW w:w="1987" w:type="dxa"/>
            <w:shd w:val="clear" w:color="auto" w:fill="2B6CB0"/>
          </w:tcPr>
          <w:p w14:paraId="08692BB1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Venstre zone (Hundreder)</w:t>
            </w:r>
          </w:p>
        </w:tc>
        <w:tc>
          <w:tcPr>
            <w:tcW w:w="1987" w:type="dxa"/>
            <w:shd w:val="clear" w:color="auto" w:fill="2B6CB0"/>
          </w:tcPr>
          <w:p w14:paraId="45BDEBE2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Midterste zone (Tiere)</w:t>
            </w:r>
          </w:p>
        </w:tc>
        <w:tc>
          <w:tcPr>
            <w:tcW w:w="1987" w:type="dxa"/>
            <w:shd w:val="clear" w:color="auto" w:fill="2B6CB0"/>
          </w:tcPr>
          <w:p w14:paraId="220F1AFD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Højre zone (Enere)</w:t>
            </w:r>
          </w:p>
        </w:tc>
        <w:tc>
          <w:tcPr>
            <w:tcW w:w="1987" w:type="dxa"/>
            <w:shd w:val="clear" w:color="auto" w:fill="2B6CB0"/>
          </w:tcPr>
          <w:p w14:paraId="388B263D" w14:textId="77777777" w:rsidR="00F545C7" w:rsidRDefault="00E505CE">
            <w:pPr>
              <w:jc w:val="center"/>
            </w:pPr>
            <w:r>
              <w:rPr>
                <w:b/>
                <w:color w:val="FFFFFF"/>
              </w:rPr>
              <w:t>Endeligt svar</w:t>
            </w:r>
          </w:p>
        </w:tc>
      </w:tr>
      <w:tr w:rsidR="00F545C7" w14:paraId="61450312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E142" w14:textId="77777777" w:rsidR="00F545C7" w:rsidRDefault="00E505CE">
            <w:pPr>
              <w:jc w:val="center"/>
            </w:pPr>
            <w:r>
              <w:rPr>
                <w:b/>
              </w:rPr>
              <w:t>23 × 14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E6E60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4B12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59E1F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FE806" w14:textId="77777777" w:rsidR="00F545C7" w:rsidRDefault="00F545C7">
            <w:pPr>
              <w:jc w:val="center"/>
            </w:pPr>
          </w:p>
        </w:tc>
      </w:tr>
      <w:tr w:rsidR="00F545C7" w14:paraId="2D54568B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3C206" w14:textId="77777777" w:rsidR="00F545C7" w:rsidRDefault="00E505CE">
            <w:pPr>
              <w:jc w:val="center"/>
            </w:pPr>
            <w:r>
              <w:rPr>
                <w:b/>
              </w:rPr>
              <w:t>31 × 23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73D04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9E51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2576E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CDCF" w14:textId="77777777" w:rsidR="00F545C7" w:rsidRDefault="00F545C7">
            <w:pPr>
              <w:jc w:val="center"/>
            </w:pPr>
          </w:p>
        </w:tc>
      </w:tr>
      <w:tr w:rsidR="00F545C7" w14:paraId="382ABE23" w14:textId="77777777">
        <w:trPr>
          <w:jc w:val="center"/>
        </w:trPr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CBE5" w14:textId="77777777" w:rsidR="00F545C7" w:rsidRDefault="00E505CE">
            <w:pPr>
              <w:jc w:val="center"/>
            </w:pPr>
            <w:r>
              <w:rPr>
                <w:b/>
              </w:rPr>
              <w:t>42 × 12</w:t>
            </w:r>
          </w:p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2C8E9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27FBD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B617C" w14:textId="77777777" w:rsidR="00F545C7" w:rsidRDefault="00F545C7"/>
        </w:tc>
        <w:tc>
          <w:tcPr>
            <w:tcW w:w="19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79421" w14:textId="77777777" w:rsidR="00F545C7" w:rsidRDefault="00F545C7">
            <w:pPr>
              <w:jc w:val="center"/>
            </w:pPr>
          </w:p>
        </w:tc>
      </w:tr>
    </w:tbl>
    <w:p w14:paraId="5ACD10C4" w14:textId="77777777" w:rsidR="00F545C7" w:rsidRPr="00CD004B" w:rsidRDefault="00F545C7">
      <w:pPr>
        <w:spacing w:after="120"/>
        <w:rPr>
          <w:lang w:val="da-DK"/>
        </w:rPr>
      </w:pPr>
    </w:p>
    <w:p w14:paraId="0809170F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Hvilken metode synes du er nemmest? Hvorfor?</w:t>
      </w:r>
    </w:p>
    <w:p w14:paraId="5FC6447B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__________________________________________________________________________</w:t>
      </w:r>
    </w:p>
    <w:p w14:paraId="543E1F10" w14:textId="77777777" w:rsidR="00F545C7" w:rsidRPr="00CD004B" w:rsidRDefault="00E505CE">
      <w:pPr>
        <w:rPr>
          <w:lang w:val="da-DK"/>
        </w:rPr>
      </w:pPr>
      <w:r w:rsidRPr="00CD004B">
        <w:rPr>
          <w:b/>
          <w:lang w:val="da-DK"/>
        </w:rPr>
        <w:t>__________________________________________________________________________</w:t>
      </w:r>
    </w:p>
    <w:p w14:paraId="6E3A96BB" w14:textId="77777777" w:rsidR="00DB2FB6" w:rsidRDefault="00E505CE">
      <w:pPr>
        <w:spacing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56C892B6" w14:textId="77777777">
        <w:trPr>
          <w:jc w:val="center"/>
        </w:trPr>
        <w:tc>
          <w:tcPr>
            <w:tcW w:w="4968" w:type="dxa"/>
          </w:tcPr>
          <w:p w14:paraId="67658906" w14:textId="77777777" w:rsidR="00F545C7" w:rsidRDefault="00E505CE">
            <w:pPr>
              <w:spacing w:after="0"/>
            </w:pPr>
            <w:r>
              <w:rPr>
                <w:color w:val="4A5568"/>
                <w:sz w:val="20"/>
              </w:rPr>
              <w:lastRenderedPageBreak/>
              <w:t>Navn: _____________________________________</w:t>
            </w:r>
          </w:p>
        </w:tc>
        <w:tc>
          <w:tcPr>
            <w:tcW w:w="4968" w:type="dxa"/>
          </w:tcPr>
          <w:p w14:paraId="3D468E29" w14:textId="6E583038" w:rsidR="00F545C7" w:rsidRDefault="00E505CE">
            <w:pPr>
              <w:spacing w:after="0"/>
              <w:jc w:val="right"/>
            </w:pPr>
            <w:r>
              <w:rPr>
                <w:color w:val="4A5568"/>
                <w:sz w:val="20"/>
              </w:rPr>
              <w:t>Dato: ___________________  Klasse:</w:t>
            </w:r>
            <w:r>
              <w:rPr>
                <w:color w:val="4A5568"/>
                <w:sz w:val="20"/>
              </w:rPr>
              <w:t xml:space="preserve"> ____</w:t>
            </w:r>
          </w:p>
        </w:tc>
      </w:tr>
    </w:tbl>
    <w:p w14:paraId="67B12575" w14:textId="77777777" w:rsidR="00F545C7" w:rsidRDefault="00F545C7">
      <w:pPr>
        <w:spacing w:after="160"/>
      </w:pPr>
    </w:p>
    <w:p w14:paraId="11F6F570" w14:textId="77777777" w:rsidR="00F545C7" w:rsidRDefault="00E505CE">
      <w:pPr>
        <w:spacing w:after="40"/>
      </w:pPr>
      <w:r>
        <w:rPr>
          <w:b/>
          <w:color w:val="2B6CB0"/>
          <w:sz w:val="19"/>
        </w:rPr>
        <w:t>ARBEJDSARK 9 AF 10</w:t>
      </w:r>
    </w:p>
    <w:p w14:paraId="4A328DCC" w14:textId="77777777" w:rsidR="00F545C7" w:rsidRDefault="00E505CE">
      <w:pPr>
        <w:spacing w:after="80"/>
      </w:pPr>
      <w:r>
        <w:rPr>
          <w:b/>
          <w:color w:val="1A365D"/>
          <w:sz w:val="36"/>
        </w:rPr>
        <w:t>Tekstopgaver og hverdagsmatematik</w:t>
      </w:r>
    </w:p>
    <w:p w14:paraId="1076A939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Brug den japanske metode til at løse virkelige problemer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:rsidRPr="000130D2" w14:paraId="273EB21E" w14:textId="77777777">
        <w:trPr>
          <w:jc w:val="center"/>
        </w:trPr>
        <w:tc>
          <w:tcPr>
            <w:tcW w:w="9936" w:type="dxa"/>
            <w:tcBorders>
              <w:left w:val="single" w:sz="24" w:space="0" w:color="3182CE"/>
            </w:tcBorders>
            <w:shd w:val="clear" w:color="auto" w:fill="ED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346A894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b/>
                <w:color w:val="1A365D"/>
              </w:rPr>
              <w:t>📝</w:t>
            </w:r>
            <w:r w:rsidRPr="00CD004B">
              <w:rPr>
                <w:b/>
                <w:color w:val="1A365D"/>
                <w:lang w:val="da-DK"/>
              </w:rPr>
              <w:t xml:space="preserve"> Opgavebeskrivelse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38BE0A6F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sz w:val="21"/>
              </w:rPr>
              <w:t>📖</w:t>
            </w:r>
            <w:r w:rsidRPr="00CD004B">
              <w:rPr>
                <w:sz w:val="21"/>
                <w:lang w:val="da-DK"/>
              </w:rPr>
              <w:t xml:space="preserve"> Instruktion:</w:t>
            </w:r>
          </w:p>
          <w:p w14:paraId="6DA327E7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Læs historierne omhyggeligt. Opstil multiplikationsstykket, tegn linjerne i kladderummet, og skriv en hel svarsætning.</w:t>
            </w:r>
          </w:p>
        </w:tc>
      </w:tr>
    </w:tbl>
    <w:p w14:paraId="2B4403A3" w14:textId="77777777" w:rsidR="00F545C7" w:rsidRPr="00CD004B" w:rsidRDefault="00F545C7">
      <w:pPr>
        <w:spacing w:after="120"/>
        <w:rPr>
          <w:lang w:val="da-DK"/>
        </w:rPr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15FFB3CD" w14:textId="77777777">
        <w:trPr>
          <w:jc w:val="center"/>
        </w:trPr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4C5CC7" w14:textId="77777777" w:rsidR="00F545C7" w:rsidRDefault="00E505CE">
            <w:r w:rsidRPr="00CD004B">
              <w:rPr>
                <w:b/>
                <w:lang w:val="da-DK"/>
              </w:rPr>
              <w:t>Opgave 1: Biografturen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5.A skal i biografen. Der er 24 elever i klassen, og en biografbillet koster 32 kr.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Regnestykke: _____ × _____ = ?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Kladderum (tegn streger):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Svarsætning: __________________________________________________</w:t>
            </w:r>
          </w:p>
        </w:tc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9032F4" w14:textId="77777777" w:rsidR="00F545C7" w:rsidRDefault="00E505CE">
            <w:r w:rsidRPr="00CD004B">
              <w:rPr>
                <w:b/>
                <w:lang w:val="da-DK"/>
              </w:rPr>
              <w:t>Opgave 2: Skolefesten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Til skolefesten har 5.B bagt 13 plader med kager. Der er 21 kagestykker på hver plade.</w:t>
            </w:r>
            <w:r w:rsidRPr="00CD004B">
              <w:rPr>
                <w:sz w:val="19"/>
                <w:lang w:val="da-DK"/>
              </w:rPr>
              <w:br/>
              <w:t>Hvor mange kagestykker er der i alt?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Regnestykke: _____ × _____ = ?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Kladderum (tegn streger):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Svarsætning: __________________________________________________</w:t>
            </w:r>
          </w:p>
        </w:tc>
      </w:tr>
      <w:tr w:rsidR="00F545C7" w:rsidRPr="000130D2" w14:paraId="666D98A6" w14:textId="77777777">
        <w:trPr>
          <w:jc w:val="center"/>
        </w:trPr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A18E60" w14:textId="77777777" w:rsidR="00F545C7" w:rsidRDefault="00E505CE">
            <w:r w:rsidRPr="00CD004B">
              <w:rPr>
                <w:b/>
                <w:lang w:val="da-DK"/>
              </w:rPr>
              <w:t>Opgave 3: Fodboldtræning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En fodboldklub køber 14 kasser med fodbolde. Der er 12 bolde i hver kasse.</w:t>
            </w:r>
            <w:r w:rsidRPr="00CD004B">
              <w:rPr>
                <w:sz w:val="19"/>
                <w:lang w:val="da-DK"/>
              </w:rPr>
              <w:br/>
              <w:t>Hvor mange bolde har klubben købt i alt?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>
              <w:rPr>
                <w:sz w:val="19"/>
              </w:rPr>
              <w:t>Regnestykke: _____ × _____ = ?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Kladderum (tegn streger):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Svarsætning: __________________________________________________</w:t>
            </w:r>
          </w:p>
        </w:tc>
        <w:tc>
          <w:tcPr>
            <w:tcW w:w="49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DFB69F" w14:textId="77777777" w:rsidR="00F545C7" w:rsidRPr="00CD004B" w:rsidRDefault="00E505CE">
            <w:pPr>
              <w:rPr>
                <w:lang w:val="da-DK"/>
              </w:rPr>
            </w:pPr>
            <w:r w:rsidRPr="00CD004B">
              <w:rPr>
                <w:b/>
                <w:lang w:val="da-DK"/>
              </w:rPr>
              <w:t>Opgave 4: Læse-udfordringen</w:t>
            </w:r>
            <w:r w:rsidRPr="00CD004B">
              <w:rPr>
                <w:b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t>Sofie læser 23 sider i sin bog hver dag i 15 dage.</w:t>
            </w:r>
            <w:r w:rsidRPr="00CD004B">
              <w:rPr>
                <w:sz w:val="19"/>
                <w:lang w:val="da-DK"/>
              </w:rPr>
              <w:br/>
              <w:t>Hvor mange sider har Sofie læst i alt?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  <w:t>Regnestykke: _____ × _____ = ?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  <w:t>Kladderum (tegn streger):</w:t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</w:r>
            <w:r w:rsidRPr="00CD004B">
              <w:rPr>
                <w:sz w:val="19"/>
                <w:lang w:val="da-DK"/>
              </w:rPr>
              <w:br/>
              <w:t>Svarsætning: __________________________________________________</w:t>
            </w:r>
          </w:p>
        </w:tc>
      </w:tr>
    </w:tbl>
    <w:p w14:paraId="58B56FAE" w14:textId="77777777" w:rsidR="00DB2FB6" w:rsidRPr="000130D2" w:rsidRDefault="00E505CE">
      <w:pPr>
        <w:spacing w:after="0" w:line="20" w:lineRule="exact"/>
        <w:rPr>
          <w:sz w:val="2"/>
          <w:lang w:val="da-DK"/>
        </w:rPr>
      </w:pPr>
      <w:r w:rsidRPr="000130D2">
        <w:rPr>
          <w:sz w:val="2"/>
          <w:lang w:val="da-DK"/>
        </w:rPr>
        <w:br w:type="page"/>
      </w:r>
    </w:p>
    <w:p w14:paraId="381BD220" w14:textId="77777777" w:rsidR="00F545C7" w:rsidRPr="00CD004B" w:rsidRDefault="00E505CE">
      <w:pPr>
        <w:spacing w:after="40"/>
        <w:rPr>
          <w:lang w:val="da-DK"/>
        </w:rPr>
      </w:pPr>
      <w:r w:rsidRPr="00CD004B">
        <w:rPr>
          <w:b/>
          <w:color w:val="2B6CB0"/>
          <w:sz w:val="19"/>
          <w:lang w:val="da-DK"/>
        </w:rPr>
        <w:lastRenderedPageBreak/>
        <w:t>ARBEJDSARK 10 AF 10</w:t>
      </w:r>
    </w:p>
    <w:p w14:paraId="1E58E7E6" w14:textId="77777777" w:rsidR="00F545C7" w:rsidRPr="00CD004B" w:rsidRDefault="00E505CE">
      <w:pPr>
        <w:spacing w:after="80"/>
        <w:rPr>
          <w:lang w:val="da-DK"/>
        </w:rPr>
      </w:pPr>
      <w:r w:rsidRPr="00CD004B">
        <w:rPr>
          <w:b/>
          <w:color w:val="1A365D"/>
          <w:sz w:val="36"/>
          <w:lang w:val="da-DK"/>
        </w:rPr>
        <w:t>Facitliste og lærervejledning</w:t>
      </w:r>
    </w:p>
    <w:p w14:paraId="53C526F7" w14:textId="77777777" w:rsidR="00F545C7" w:rsidRPr="00CD004B" w:rsidRDefault="00E505CE">
      <w:pPr>
        <w:spacing w:after="240"/>
        <w:rPr>
          <w:lang w:val="da-DK"/>
        </w:rPr>
      </w:pPr>
      <w:r w:rsidRPr="00CD004B">
        <w:rPr>
          <w:i/>
          <w:color w:val="4A5568"/>
          <w:lang w:val="da-DK"/>
        </w:rPr>
        <w:t>Til læreren eller til selvtjek for eleverne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F545C7" w:rsidRPr="000130D2" w14:paraId="1104534A" w14:textId="77777777">
        <w:trPr>
          <w:jc w:val="center"/>
        </w:trPr>
        <w:tc>
          <w:tcPr>
            <w:tcW w:w="9936" w:type="dxa"/>
            <w:tcBorders>
              <w:left w:val="single" w:sz="24" w:space="0" w:color="1A365D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D74A55A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b/>
                <w:color w:val="1A365D"/>
              </w:rPr>
              <w:t>📚</w:t>
            </w:r>
            <w:r w:rsidRPr="00CD004B">
              <w:rPr>
                <w:b/>
                <w:color w:val="1A365D"/>
                <w:lang w:val="da-DK"/>
              </w:rPr>
              <w:t xml:space="preserve"> Lærervejledning</w:t>
            </w:r>
            <w:r w:rsidRPr="00CD004B">
              <w:rPr>
                <w:b/>
                <w:color w:val="1A365D"/>
                <w:lang w:val="da-DK"/>
              </w:rPr>
              <w:br/>
            </w:r>
          </w:p>
          <w:p w14:paraId="0EF83C73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>
              <w:rPr>
                <w:sz w:val="21"/>
              </w:rPr>
              <w:t>👩</w:t>
            </w:r>
            <w:r w:rsidRPr="00CD004B">
              <w:rPr>
                <w:sz w:val="21"/>
                <w:lang w:val="da-DK"/>
              </w:rPr>
              <w:t>‍</w:t>
            </w:r>
            <w:r>
              <w:rPr>
                <w:sz w:val="21"/>
              </w:rPr>
              <w:t>🏫</w:t>
            </w:r>
            <w:r w:rsidRPr="00CD004B">
              <w:rPr>
                <w:sz w:val="21"/>
                <w:lang w:val="da-DK"/>
              </w:rPr>
              <w:t xml:space="preserve"> Pædagogisk vejledning for 5. klasse:</w:t>
            </w:r>
          </w:p>
          <w:p w14:paraId="6433B794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Japansk multiplikation (streg-metoden) giver eleverne en stærk visuel og rumlig forståelse for distributiv lov og positionssystemet (hundreder, tiere, enere). Metoden er et fantastisk supplement til den traditionelle multiplikation, særligt for visuelt orienterede elever.</w:t>
            </w:r>
          </w:p>
          <w:p w14:paraId="12B64B45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>Fokusområder i forløbet:</w:t>
            </w:r>
          </w:p>
          <w:p w14:paraId="767251EE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Ark 1-2: Grundlæggende visualisering af cifre som linjebundter.</w:t>
            </w:r>
          </w:p>
          <w:p w14:paraId="1ABE1CB0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Ark 3: Håndtering af tier-overførsler (mente) — afgørende for talforståelse.</w:t>
            </w:r>
          </w:p>
          <w:p w14:paraId="0A5F3DEB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Ark 4: Forståelsen af 0 som en 'tom' eller 'stiplet' linje.</w:t>
            </w:r>
          </w:p>
          <w:p w14:paraId="02D719C5" w14:textId="77777777" w:rsidR="00F545C7" w:rsidRPr="00CD004B" w:rsidRDefault="00E505CE">
            <w:pPr>
              <w:spacing w:before="40" w:after="80"/>
              <w:rPr>
                <w:lang w:val="da-DK"/>
              </w:rPr>
            </w:pPr>
            <w:r w:rsidRPr="00CD004B">
              <w:rPr>
                <w:sz w:val="21"/>
                <w:lang w:val="da-DK"/>
              </w:rPr>
              <w:t xml:space="preserve"> • Ark 5-9: 3-cifrede tal, fejlfinding, hastighed, sammenligning af metoder og tekstopgaver.</w:t>
            </w:r>
          </w:p>
        </w:tc>
      </w:tr>
    </w:tbl>
    <w:p w14:paraId="6DFC049D" w14:textId="77777777" w:rsidR="00F545C7" w:rsidRPr="00CD004B" w:rsidRDefault="00F545C7">
      <w:pPr>
        <w:spacing w:after="120"/>
        <w:rPr>
          <w:lang w:val="da-DK"/>
        </w:rPr>
      </w:pPr>
    </w:p>
    <w:p w14:paraId="7849FDDB" w14:textId="77777777" w:rsidR="00F545C7" w:rsidRDefault="00E505CE">
      <w:pPr>
        <w:spacing w:after="120"/>
      </w:pPr>
      <w:r>
        <w:rPr>
          <w:b/>
        </w:rPr>
        <w:t>Facitliste til Arbejdsark 1 – 9: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968"/>
        <w:gridCol w:w="4968"/>
      </w:tblGrid>
      <w:tr w:rsidR="00F545C7" w14:paraId="3B2C768A" w14:textId="77777777">
        <w:trPr>
          <w:jc w:val="center"/>
        </w:trPr>
        <w:tc>
          <w:tcPr>
            <w:tcW w:w="4968" w:type="dxa"/>
            <w:shd w:val="clear" w:color="auto" w:fill="1A365D"/>
          </w:tcPr>
          <w:p w14:paraId="499CC075" w14:textId="77777777" w:rsidR="00F545C7" w:rsidRDefault="00E505CE">
            <w:r>
              <w:rPr>
                <w:b/>
                <w:color w:val="FFFFFF"/>
              </w:rPr>
              <w:t>Arbejdsark / Emne</w:t>
            </w:r>
          </w:p>
        </w:tc>
        <w:tc>
          <w:tcPr>
            <w:tcW w:w="4968" w:type="dxa"/>
            <w:shd w:val="clear" w:color="auto" w:fill="1A365D"/>
          </w:tcPr>
          <w:p w14:paraId="1D9012C3" w14:textId="77777777" w:rsidR="00F545C7" w:rsidRDefault="00E505CE">
            <w:r>
              <w:rPr>
                <w:b/>
                <w:color w:val="FFFFFF"/>
              </w:rPr>
              <w:t>Facit</w:t>
            </w:r>
          </w:p>
        </w:tc>
      </w:tr>
      <w:tr w:rsidR="00F545C7" w14:paraId="1522C3CB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CC72B6" w14:textId="77777777" w:rsidR="00F545C7" w:rsidRDefault="00E505CE">
            <w:r>
              <w:rPr>
                <w:b/>
                <w:sz w:val="19"/>
              </w:rPr>
              <w:t>Ark 1 (Introduktion)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597D25" w14:textId="77777777" w:rsidR="00F545C7" w:rsidRDefault="00E505CE">
            <w:r>
              <w:rPr>
                <w:sz w:val="18"/>
              </w:rPr>
              <w:t>Ingen opgaver – eksemplet giver 14 × 12 = 168</w:t>
            </w:r>
          </w:p>
        </w:tc>
      </w:tr>
      <w:tr w:rsidR="00F545C7" w14:paraId="089FA6B3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BE03EE" w14:textId="77777777" w:rsidR="00F545C7" w:rsidRDefault="00E505CE">
            <w:r>
              <w:rPr>
                <w:b/>
                <w:sz w:val="19"/>
              </w:rPr>
              <w:t>Ark 2 (2x2 uden mente)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A9C2B7" w14:textId="77777777" w:rsidR="00F545C7" w:rsidRDefault="00E505CE">
            <w:r>
              <w:rPr>
                <w:sz w:val="18"/>
              </w:rPr>
              <w:t>11×14 = 154 | 21×13 = 273 | 31×12 = 372 | 22×12 = 264 | 13×21 = 273</w:t>
            </w:r>
          </w:p>
        </w:tc>
      </w:tr>
      <w:tr w:rsidR="00F545C7" w14:paraId="432EE7EE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CAC7B0" w14:textId="77777777" w:rsidR="00F545C7" w:rsidRDefault="00E505CE">
            <w:r>
              <w:rPr>
                <w:b/>
                <w:sz w:val="19"/>
              </w:rPr>
              <w:t>Ark 3 (2x2 med mente)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5BA0A6" w14:textId="77777777" w:rsidR="00F545C7" w:rsidRDefault="00E505CE">
            <w:r>
              <w:rPr>
                <w:sz w:val="18"/>
              </w:rPr>
              <w:t>15×13 = 195 | 24×13 = 312 | 33×14 = 462 | 25×22 = 550 | 16×23 = 368</w:t>
            </w:r>
          </w:p>
        </w:tc>
      </w:tr>
      <w:tr w:rsidR="00F545C7" w14:paraId="27DD0BB5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847750" w14:textId="77777777" w:rsidR="00F545C7" w:rsidRDefault="00E505CE">
            <w:r>
              <w:rPr>
                <w:b/>
                <w:sz w:val="19"/>
              </w:rPr>
              <w:t>Ark 4 (Tricket med nul)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E240CE" w14:textId="77777777" w:rsidR="00F545C7" w:rsidRDefault="00E505CE">
            <w:r>
              <w:rPr>
                <w:sz w:val="18"/>
              </w:rPr>
              <w:t>1) 240   2) 360   3) 620   4) 280   5) 880   6) 100</w:t>
            </w:r>
          </w:p>
        </w:tc>
      </w:tr>
      <w:tr w:rsidR="00F545C7" w14:paraId="1813D27C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16F5AB" w14:textId="77777777" w:rsidR="00F545C7" w:rsidRDefault="00E505CE">
            <w:r>
              <w:rPr>
                <w:b/>
                <w:sz w:val="19"/>
              </w:rPr>
              <w:t>Ark 5 (3x2 cifre)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DB95F0" w14:textId="77777777" w:rsidR="00F545C7" w:rsidRDefault="00E505CE">
            <w:r>
              <w:rPr>
                <w:sz w:val="18"/>
              </w:rPr>
              <w:t>1) 1.584   2) 4.473   3) 1.368   4) 3.926   5) 3.094   6) 2.266</w:t>
            </w:r>
          </w:p>
        </w:tc>
      </w:tr>
      <w:tr w:rsidR="00F545C7" w:rsidRPr="000130D2" w14:paraId="46EB885F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7E9EA9" w14:textId="77777777" w:rsidR="00F545C7" w:rsidRDefault="00E505CE">
            <w:r>
              <w:rPr>
                <w:b/>
                <w:sz w:val="19"/>
              </w:rPr>
              <w:t>Ark 6 (Fejlfinding)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999B66" w14:textId="77777777" w:rsidR="00F545C7" w:rsidRPr="00CD004B" w:rsidRDefault="00E505CE">
            <w:pPr>
              <w:rPr>
                <w:lang w:val="da-DK"/>
              </w:rPr>
            </w:pPr>
            <w:r w:rsidRPr="00CD004B">
              <w:rPr>
                <w:sz w:val="18"/>
                <w:lang w:val="da-DK"/>
              </w:rPr>
              <w:t>A: Glemte at gange på kryds i midterzonen (Svar: 276)</w:t>
            </w:r>
            <w:r w:rsidRPr="00CD004B">
              <w:rPr>
                <w:sz w:val="18"/>
                <w:lang w:val="da-DK"/>
              </w:rPr>
              <w:br/>
              <w:t>B: Glemte at lægge menten 1 til venstre zone (Svar: 308)</w:t>
            </w:r>
            <w:r w:rsidRPr="00CD004B">
              <w:rPr>
                <w:sz w:val="18"/>
                <w:lang w:val="da-DK"/>
              </w:rPr>
              <w:br/>
              <w:t>C: Talte den stiplede 0-linje som en normal linje (Svar: 260)</w:t>
            </w:r>
            <w:r w:rsidRPr="00CD004B">
              <w:rPr>
                <w:sz w:val="18"/>
                <w:lang w:val="da-DK"/>
              </w:rPr>
              <w:br/>
              <w:t>D: Glemte (1×2) i midterzonen (Svar: 651)</w:t>
            </w:r>
          </w:p>
        </w:tc>
      </w:tr>
      <w:tr w:rsidR="00F545C7" w14:paraId="22EE59E8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DB8911" w14:textId="77777777" w:rsidR="00F545C7" w:rsidRDefault="00E505CE">
            <w:r>
              <w:rPr>
                <w:b/>
                <w:sz w:val="19"/>
              </w:rPr>
              <w:t>Ark 7 (Hastighedsudfordring)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2621E1" w14:textId="77777777" w:rsidR="00F545C7" w:rsidRDefault="00E505CE">
            <w:r>
              <w:rPr>
                <w:sz w:val="18"/>
              </w:rPr>
              <w:t>Niveau 1: 132, 143, 252, 168, 242, 341, 150, 451, 144, 280</w:t>
            </w:r>
            <w:r>
              <w:rPr>
                <w:sz w:val="18"/>
              </w:rPr>
              <w:br/>
              <w:t>Niveau 2: 286, 294, 276, 682, 180, 264, 630, 169, 275, 492</w:t>
            </w:r>
            <w:r>
              <w:rPr>
                <w:sz w:val="18"/>
              </w:rPr>
              <w:br/>
              <w:t>Niveau 3: 714, 966, 480, 663, 546, 1023, 1000, 384, 770, 558</w:t>
            </w:r>
          </w:p>
        </w:tc>
      </w:tr>
      <w:tr w:rsidR="00F545C7" w14:paraId="49A565F2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BD05B" w14:textId="77777777" w:rsidR="00F545C7" w:rsidRDefault="00E505CE">
            <w:r>
              <w:rPr>
                <w:b/>
                <w:sz w:val="19"/>
              </w:rPr>
              <w:t>Ark 8 (Sammenligning)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74F9F1" w14:textId="77777777" w:rsidR="00F545C7" w:rsidRDefault="00E505CE">
            <w:r>
              <w:rPr>
                <w:sz w:val="18"/>
              </w:rPr>
              <w:t>23 × 14 = 322   |   31 × 23 = 713   |   42 × 12 = 504</w:t>
            </w:r>
          </w:p>
        </w:tc>
      </w:tr>
      <w:tr w:rsidR="00F545C7" w14:paraId="6DDF881D" w14:textId="77777777">
        <w:trPr>
          <w:jc w:val="center"/>
        </w:trPr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4D51F" w14:textId="77777777" w:rsidR="00F545C7" w:rsidRDefault="00E505CE">
            <w:r>
              <w:rPr>
                <w:b/>
                <w:sz w:val="19"/>
              </w:rPr>
              <w:t>Ark 9 (Tekstopgaver)</w:t>
            </w:r>
          </w:p>
        </w:tc>
        <w:tc>
          <w:tcPr>
            <w:tcW w:w="49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B0E8CC" w14:textId="77777777" w:rsidR="00F545C7" w:rsidRDefault="00E505CE">
            <w:r>
              <w:rPr>
                <w:sz w:val="18"/>
              </w:rPr>
              <w:t>1) 24 × 32 = 768 kr.   2) 13 × 21 = 273 stykker</w:t>
            </w:r>
            <w:r>
              <w:rPr>
                <w:sz w:val="18"/>
              </w:rPr>
              <w:br/>
              <w:t>3) 14 × 12 = 168 bolde   4) 23 × 15 = 345 sider</w:t>
            </w:r>
          </w:p>
        </w:tc>
      </w:tr>
    </w:tbl>
    <w:p w14:paraId="3375AE9B" w14:textId="77777777" w:rsidR="003948BB" w:rsidRDefault="003948BB"/>
    <w:sectPr w:rsidR="003948BB" w:rsidSect="00034616">
      <w:headerReference w:type="default" r:id="rId8"/>
      <w:footerReference w:type="default" r:id="rId9"/>
      <w:pgSz w:w="11906" w:h="16838"/>
      <w:pgMar w:top="1000" w:right="985" w:bottom="900" w:left="985" w:header="45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7778" w14:textId="77777777" w:rsidR="00E505CE" w:rsidRDefault="00E505CE">
      <w:pPr>
        <w:spacing w:after="0" w:line="240" w:lineRule="auto"/>
      </w:pPr>
      <w:r>
        <w:separator/>
      </w:r>
    </w:p>
  </w:endnote>
  <w:endnote w:type="continuationSeparator" w:id="0">
    <w:p w14:paraId="5090EADA" w14:textId="77777777" w:rsidR="00E505CE" w:rsidRDefault="00E5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1665" w14:textId="77777777" w:rsidR="00DB2FB6" w:rsidRDefault="00E505CE">
    <w:pPr>
      <w:pBdr>
        <w:top w:val="single" w:sz="4" w:space="4" w:color="D0D7DE"/>
      </w:pBdr>
      <w:tabs>
        <w:tab w:val="right" w:pos="9936"/>
      </w:tabs>
    </w:pPr>
    <w:r>
      <w:rPr>
        <w:rFonts w:ascii="Arial" w:hAnsi="Arial"/>
        <w:color w:val="595959"/>
        <w:sz w:val="17"/>
      </w:rPr>
      <w:t>© Fremtidensskoler.com</w:t>
    </w:r>
    <w:r>
      <w:tab/>
    </w:r>
    <w:r>
      <w:rPr>
        <w:rFonts w:ascii="Arial" w:hAnsi="Arial"/>
        <w:color w:val="595959"/>
        <w:sz w:val="17"/>
      </w:rPr>
      <w:t xml:space="preserve">Side </w:t>
    </w:r>
    <w:r>
      <w:rPr>
        <w:rFonts w:ascii="Arial" w:hAnsi="Arial"/>
        <w:color w:val="595959"/>
        <w:sz w:val="17"/>
      </w:rPr>
      <w:fldChar w:fldCharType="begin"/>
    </w:r>
    <w:r>
      <w:rPr>
        <w:rFonts w:ascii="Arial" w:hAnsi="Arial"/>
        <w:color w:val="595959"/>
        <w:sz w:val="17"/>
      </w:rPr>
      <w:instrText xml:space="preserve"> PAGE </w:instrText>
    </w:r>
    <w:r>
      <w:rPr>
        <w:rFonts w:ascii="Arial" w:hAnsi="Arial"/>
        <w:color w:val="595959"/>
        <w:sz w:val="17"/>
      </w:rPr>
      <w:fldChar w:fldCharType="separate"/>
    </w:r>
    <w:r>
      <w:rPr>
        <w:rFonts w:ascii="Arial" w:hAnsi="Arial"/>
        <w:color w:val="595959"/>
        <w:sz w:val="17"/>
      </w:rPr>
      <w:t>1</w:t>
    </w:r>
    <w:r>
      <w:rPr>
        <w:rFonts w:ascii="Arial" w:hAnsi="Arial"/>
        <w:color w:val="59595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1BBDE" w14:textId="77777777" w:rsidR="00E505CE" w:rsidRDefault="00E505CE">
      <w:pPr>
        <w:spacing w:after="0" w:line="240" w:lineRule="auto"/>
      </w:pPr>
      <w:r>
        <w:separator/>
      </w:r>
    </w:p>
  </w:footnote>
  <w:footnote w:type="continuationSeparator" w:id="0">
    <w:p w14:paraId="712E7D15" w14:textId="77777777" w:rsidR="00E505CE" w:rsidRDefault="00E5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AA0E9" w14:textId="12BE8321" w:rsidR="00DB2FB6" w:rsidRPr="000130D2" w:rsidRDefault="00E505CE">
    <w:pPr>
      <w:tabs>
        <w:tab w:val="right" w:pos="9936"/>
      </w:tabs>
      <w:spacing w:after="0"/>
      <w:rPr>
        <w:lang w:val="da-DK"/>
      </w:rPr>
    </w:pPr>
    <w:r>
      <w:rPr>
        <w:noProof/>
      </w:rPr>
      <w:drawing>
        <wp:inline distT="0" distB="0" distL="0" distR="0" wp14:anchorId="31B952F2" wp14:editId="2DAFCC1B">
          <wp:extent cx="579120" cy="457200"/>
          <wp:effectExtent l="0" t="0" r="0" b="0"/>
          <wp:docPr id="9001" name="Fremtidens Skoler logo" descr="Fremtidens Skol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1" name="fs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12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130D2">
      <w:rPr>
        <w:lang w:val="da-DK"/>
      </w:rPr>
      <w:tab/>
    </w:r>
    <w:r w:rsidRPr="000130D2">
      <w:rPr>
        <w:rFonts w:ascii="Arial" w:hAnsi="Arial"/>
        <w:color w:val="595959"/>
        <w:sz w:val="17"/>
        <w:lang w:val="da-DK"/>
      </w:rPr>
      <w:t>Japansk multiplikation (streg-metoden)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5A12CB"/>
    <w:multiLevelType w:val="multilevel"/>
    <w:tmpl w:val="2EAA9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458239">
    <w:abstractNumId w:val="8"/>
  </w:num>
  <w:num w:numId="2" w16cid:durableId="587151309">
    <w:abstractNumId w:val="6"/>
  </w:num>
  <w:num w:numId="3" w16cid:durableId="179659184">
    <w:abstractNumId w:val="5"/>
  </w:num>
  <w:num w:numId="4" w16cid:durableId="1774205118">
    <w:abstractNumId w:val="4"/>
  </w:num>
  <w:num w:numId="5" w16cid:durableId="1699938363">
    <w:abstractNumId w:val="7"/>
  </w:num>
  <w:num w:numId="6" w16cid:durableId="1094788812">
    <w:abstractNumId w:val="3"/>
  </w:num>
  <w:num w:numId="7" w16cid:durableId="1563251886">
    <w:abstractNumId w:val="2"/>
  </w:num>
  <w:num w:numId="8" w16cid:durableId="1866403877">
    <w:abstractNumId w:val="1"/>
  </w:num>
  <w:num w:numId="9" w16cid:durableId="107430715">
    <w:abstractNumId w:val="0"/>
  </w:num>
  <w:num w:numId="10" w16cid:durableId="1296570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0D2"/>
    <w:rsid w:val="00034616"/>
    <w:rsid w:val="0006063C"/>
    <w:rsid w:val="001264CF"/>
    <w:rsid w:val="0015074B"/>
    <w:rsid w:val="001E7167"/>
    <w:rsid w:val="0029639D"/>
    <w:rsid w:val="00314EE5"/>
    <w:rsid w:val="00326F90"/>
    <w:rsid w:val="003948BB"/>
    <w:rsid w:val="00773F2A"/>
    <w:rsid w:val="008A0CB2"/>
    <w:rsid w:val="00AA1D8D"/>
    <w:rsid w:val="00AB06B4"/>
    <w:rsid w:val="00AF3931"/>
    <w:rsid w:val="00B47730"/>
    <w:rsid w:val="00CB0664"/>
    <w:rsid w:val="00CD004B"/>
    <w:rsid w:val="00D72D0F"/>
    <w:rsid w:val="00DB2FB6"/>
    <w:rsid w:val="00E505CE"/>
    <w:rsid w:val="00F545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CAE8D"/>
  <w14:defaultImageDpi w14:val="300"/>
  <w15:docId w15:val="{7B961B7C-D0D4-4F3E-9497-755874A8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D374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10</Pages>
  <Words>1588</Words>
  <Characters>9689</Characters>
  <Application>Microsoft Office Word</Application>
  <DocSecurity>0</DocSecurity>
  <Lines>80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Nicholas James von Humboldt-Scotland</cp:lastModifiedBy>
  <cp:revision>6</cp:revision>
  <dcterms:created xsi:type="dcterms:W3CDTF">2026-08-25T13:16:00Z</dcterms:created>
  <dcterms:modified xsi:type="dcterms:W3CDTF">2026-10-22T12:27:00Z</dcterms:modified>
  <cp:category/>
</cp:coreProperties>
</file>